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13CD1" w14:textId="77777777" w:rsidR="004B37CC" w:rsidRPr="002C2456" w:rsidRDefault="00826717" w:rsidP="00490DDE">
      <w:pPr>
        <w:pStyle w:val="Cm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AJÁNLATI NYILATKOZATMINTÁK</w:t>
      </w:r>
    </w:p>
    <w:p w14:paraId="1606F200" w14:textId="77777777" w:rsidR="004B37CC" w:rsidRPr="002C2456" w:rsidRDefault="00826717" w:rsidP="00490DDE">
      <w:pPr>
        <w:pStyle w:val="Alcm"/>
        <w:jc w:val="center"/>
        <w:rPr>
          <w:rFonts w:ascii="Cambria" w:hAnsi="Cambria"/>
        </w:rPr>
      </w:pPr>
      <w:r w:rsidRPr="002C2456">
        <w:rPr>
          <w:rFonts w:ascii="Cambria" w:hAnsi="Cambria"/>
        </w:rPr>
        <w:t xml:space="preserve">Diósd Város településtervének (fejlesztési és rendezési terv) </w:t>
      </w:r>
      <w:proofErr w:type="spellStart"/>
      <w:r w:rsidRPr="002C2456">
        <w:rPr>
          <w:rFonts w:ascii="Cambria" w:hAnsi="Cambria"/>
        </w:rPr>
        <w:t>újraalkotása</w:t>
      </w:r>
      <w:proofErr w:type="spellEnd"/>
      <w:r w:rsidRPr="002C2456">
        <w:rPr>
          <w:rFonts w:ascii="Cambria" w:hAnsi="Cambria"/>
        </w:rPr>
        <w:t xml:space="preserve"> 2026</w:t>
      </w:r>
    </w:p>
    <w:p w14:paraId="593E8E23" w14:textId="77777777" w:rsidR="00490DDE" w:rsidRDefault="00490DDE">
      <w:pPr>
        <w:rPr>
          <w:rFonts w:ascii="Cambria" w:hAnsi="Cambria"/>
          <w:sz w:val="24"/>
          <w:szCs w:val="24"/>
        </w:rPr>
      </w:pPr>
    </w:p>
    <w:p w14:paraId="237E95D6" w14:textId="16670D0D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Az ajánlattételi felhívás szerinti beszerzési eljáráshoz. A szögletes zárójelben szereplő mezők kitöltendők. Ahol több szakember vagy referencia szerepel, az érintett lapot ismételni kell</w:t>
      </w:r>
      <w:r w:rsidR="00490DDE">
        <w:rPr>
          <w:rFonts w:ascii="Cambria" w:hAnsi="Cambria"/>
          <w:sz w:val="24"/>
          <w:szCs w:val="24"/>
        </w:rPr>
        <w:t>.</w:t>
      </w:r>
    </w:p>
    <w:p w14:paraId="1E7912D1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br w:type="page"/>
      </w:r>
    </w:p>
    <w:p w14:paraId="25D3AA4D" w14:textId="77777777" w:rsidR="004B37CC" w:rsidRPr="002C2456" w:rsidRDefault="00826717" w:rsidP="00EF2646">
      <w:pPr>
        <w:pStyle w:val="Cmsor1"/>
        <w:jc w:val="right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lastRenderedPageBreak/>
        <w:t>1. számú nyilatkozatminta</w:t>
      </w:r>
    </w:p>
    <w:p w14:paraId="61F650EE" w14:textId="77777777" w:rsidR="00490E8F" w:rsidRDefault="00490E8F" w:rsidP="002C2456">
      <w:pPr>
        <w:pStyle w:val="Cmsor2"/>
        <w:jc w:val="center"/>
        <w:rPr>
          <w:rFonts w:ascii="Cambria" w:hAnsi="Cambria"/>
          <w:sz w:val="24"/>
          <w:szCs w:val="24"/>
        </w:rPr>
      </w:pPr>
    </w:p>
    <w:p w14:paraId="443925A9" w14:textId="1CCC3ABE" w:rsidR="004B37CC" w:rsidRPr="002C2456" w:rsidRDefault="00826717" w:rsidP="002C2456">
      <w:pPr>
        <w:pStyle w:val="Cmsor2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FELOLVASÓLAP</w:t>
      </w:r>
    </w:p>
    <w:p w14:paraId="67D30DE6" w14:textId="77777777" w:rsidR="00EF2646" w:rsidRDefault="00EF2646">
      <w:pPr>
        <w:rPr>
          <w:rFonts w:ascii="Cambria" w:hAnsi="Cambria"/>
          <w:sz w:val="24"/>
          <w:szCs w:val="24"/>
        </w:rPr>
      </w:pPr>
    </w:p>
    <w:p w14:paraId="0140F969" w14:textId="67301F63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Ajánlattevő neve: </w:t>
      </w:r>
      <w:r w:rsidR="00EF2646" w:rsidRPr="002C2456">
        <w:rPr>
          <w:rFonts w:ascii="Cambria" w:hAnsi="Cambria"/>
          <w:sz w:val="24"/>
          <w:szCs w:val="24"/>
        </w:rPr>
        <w:tab/>
      </w:r>
      <w:r w:rsidR="002C2456">
        <w:rPr>
          <w:rFonts w:ascii="Cambria" w:hAnsi="Cambria"/>
          <w:sz w:val="24"/>
          <w:szCs w:val="24"/>
        </w:rPr>
        <w:tab/>
      </w:r>
      <w:r w:rsidR="002C2456">
        <w:rPr>
          <w:rFonts w:ascii="Cambria" w:hAnsi="Cambria"/>
          <w:sz w:val="24"/>
          <w:szCs w:val="24"/>
        </w:rPr>
        <w:tab/>
      </w:r>
      <w:r w:rsid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34ACD842" w14:textId="66D3EE1F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Székhelye: </w:t>
      </w:r>
      <w:r w:rsidR="00EF2646" w:rsidRPr="002C2456">
        <w:rPr>
          <w:rFonts w:ascii="Cambria" w:hAnsi="Cambria"/>
          <w:sz w:val="24"/>
          <w:szCs w:val="24"/>
        </w:rPr>
        <w:tab/>
      </w:r>
      <w:r w:rsidR="00EF2646" w:rsidRPr="002C2456">
        <w:rPr>
          <w:rFonts w:ascii="Cambria" w:hAnsi="Cambria"/>
          <w:sz w:val="24"/>
          <w:szCs w:val="24"/>
        </w:rPr>
        <w:tab/>
      </w:r>
      <w:r w:rsidR="002C2456">
        <w:rPr>
          <w:rFonts w:ascii="Cambria" w:hAnsi="Cambria"/>
          <w:sz w:val="24"/>
          <w:szCs w:val="24"/>
        </w:rPr>
        <w:tab/>
      </w:r>
      <w:r w:rsidR="002C2456">
        <w:rPr>
          <w:rFonts w:ascii="Cambria" w:hAnsi="Cambria"/>
          <w:sz w:val="24"/>
          <w:szCs w:val="24"/>
        </w:rPr>
        <w:tab/>
      </w:r>
      <w:r w:rsid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65F12EC6" w14:textId="6F3AF5EB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Kapcsolattartó személy, telefon, e-mail:</w:t>
      </w:r>
      <w:r w:rsid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</w:t>
      </w:r>
      <w:r w:rsidR="000A419D">
        <w:rPr>
          <w:rFonts w:ascii="Cambria" w:hAnsi="Cambria"/>
          <w:sz w:val="24"/>
          <w:szCs w:val="24"/>
        </w:rPr>
        <w:t>........</w:t>
      </w:r>
      <w:r w:rsidRPr="002C2456">
        <w:rPr>
          <w:rFonts w:ascii="Cambria" w:hAnsi="Cambria"/>
          <w:sz w:val="24"/>
          <w:szCs w:val="24"/>
        </w:rPr>
        <w:t>......]</w:t>
      </w:r>
    </w:p>
    <w:p w14:paraId="0AE13916" w14:textId="77777777" w:rsidR="002C2456" w:rsidRDefault="002C2456" w:rsidP="006E1F08">
      <w:pPr>
        <w:rPr>
          <w:rFonts w:ascii="Cambria" w:hAnsi="Cambria"/>
          <w:sz w:val="24"/>
          <w:szCs w:val="24"/>
        </w:rPr>
      </w:pPr>
    </w:p>
    <w:p w14:paraId="1105DD12" w14:textId="5B98AAE7" w:rsidR="00EF2646" w:rsidRPr="002C2456" w:rsidRDefault="003F2310" w:rsidP="002C2456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Alulírott ajánlattevő </w:t>
      </w:r>
      <w:r w:rsidR="006E1F08" w:rsidRPr="002C2456">
        <w:rPr>
          <w:rFonts w:ascii="Cambria" w:hAnsi="Cambria"/>
          <w:b/>
          <w:bCs/>
          <w:sz w:val="24"/>
          <w:szCs w:val="24"/>
        </w:rPr>
        <w:t>Diósd Város Önkormányzata</w:t>
      </w:r>
      <w:r w:rsidR="006E1F08" w:rsidRPr="002C2456">
        <w:rPr>
          <w:rFonts w:ascii="Cambria" w:hAnsi="Cambria"/>
          <w:sz w:val="24"/>
          <w:szCs w:val="24"/>
        </w:rPr>
        <w:t xml:space="preserve"> (2049 Diósd, Szent István tér 1.) mint ajánlatkérő által indított </w:t>
      </w:r>
      <w:r w:rsidR="000F21A7" w:rsidRPr="002C2456">
        <w:rPr>
          <w:rFonts w:ascii="Cambria" w:hAnsi="Cambria"/>
          <w:sz w:val="24"/>
          <w:szCs w:val="24"/>
        </w:rPr>
        <w:t>„</w:t>
      </w:r>
      <w:r w:rsidR="000F21A7" w:rsidRPr="002C2456">
        <w:rPr>
          <w:rFonts w:ascii="Cambria" w:hAnsi="Cambria"/>
          <w:b/>
          <w:bCs/>
          <w:sz w:val="24"/>
          <w:szCs w:val="24"/>
        </w:rPr>
        <w:t>Diósd Város településtervének (fejlesztési és rendezési terv) újraalkotása2026</w:t>
      </w:r>
      <w:r w:rsidR="000F21A7" w:rsidRPr="002C2456">
        <w:rPr>
          <w:rFonts w:ascii="Cambria" w:hAnsi="Cambria"/>
          <w:sz w:val="24"/>
          <w:szCs w:val="24"/>
        </w:rPr>
        <w:t>” tárgyú beszerzési eljárásában az alábbi ajánlatot teszem: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089"/>
        <w:gridCol w:w="3533"/>
      </w:tblGrid>
      <w:tr w:rsidR="004B37CC" w:rsidRPr="002C2456" w14:paraId="56632C0D" w14:textId="77777777" w:rsidTr="00EF2646">
        <w:trPr>
          <w:jc w:val="center"/>
        </w:trPr>
        <w:tc>
          <w:tcPr>
            <w:tcW w:w="6096" w:type="dxa"/>
            <w:vAlign w:val="center"/>
          </w:tcPr>
          <w:p w14:paraId="165447A5" w14:textId="77777777" w:rsidR="003F2310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 xml:space="preserve">Alapszolgáltatás egyösszegű tervezési díja </w:t>
            </w:r>
          </w:p>
          <w:p w14:paraId="709C3C41" w14:textId="609384A3" w:rsidR="004B37CC" w:rsidRPr="002C2456" w:rsidRDefault="003F2310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 xml:space="preserve">(nettó </w:t>
            </w:r>
            <w:proofErr w:type="gramStart"/>
            <w:r w:rsidRPr="002C2456">
              <w:rPr>
                <w:rFonts w:ascii="Cambria" w:hAnsi="Cambria"/>
                <w:sz w:val="24"/>
                <w:szCs w:val="24"/>
              </w:rPr>
              <w:t>forint)</w:t>
            </w:r>
            <w:r w:rsidR="00826717" w:rsidRPr="002C2456">
              <w:rPr>
                <w:rFonts w:ascii="Cambria" w:hAnsi="Cambria"/>
                <w:sz w:val="24"/>
                <w:szCs w:val="24"/>
              </w:rPr>
              <w:t>(</w:t>
            </w:r>
            <w:proofErr w:type="gramEnd"/>
            <w:r w:rsidR="00826717" w:rsidRPr="002C2456">
              <w:rPr>
                <w:rFonts w:ascii="Cambria" w:hAnsi="Cambria"/>
                <w:sz w:val="24"/>
                <w:szCs w:val="24"/>
              </w:rPr>
              <w:t>A)</w:t>
            </w:r>
          </w:p>
        </w:tc>
        <w:tc>
          <w:tcPr>
            <w:tcW w:w="3536" w:type="dxa"/>
            <w:vAlign w:val="center"/>
          </w:tcPr>
          <w:p w14:paraId="34C0755C" w14:textId="0F03BDC4" w:rsidR="004B37CC" w:rsidRPr="002C2456" w:rsidRDefault="000A419D" w:rsidP="00FD14D8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nettó </w:t>
            </w:r>
            <w:r w:rsidR="00826717" w:rsidRPr="002C2456">
              <w:rPr>
                <w:rFonts w:ascii="Cambria" w:hAnsi="Cambria"/>
                <w:sz w:val="24"/>
                <w:szCs w:val="24"/>
              </w:rPr>
              <w:t>[...................] Ft</w:t>
            </w:r>
          </w:p>
        </w:tc>
      </w:tr>
      <w:tr w:rsidR="004B37CC" w:rsidRPr="002C2456" w14:paraId="58AADDFF" w14:textId="77777777" w:rsidTr="00EF2646">
        <w:trPr>
          <w:jc w:val="center"/>
        </w:trPr>
        <w:tc>
          <w:tcPr>
            <w:tcW w:w="6096" w:type="dxa"/>
            <w:vAlign w:val="center"/>
          </w:tcPr>
          <w:p w14:paraId="359DE29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Opciós éves térinformatikai frissítési támogatás nettó éves egységdíja (B)</w:t>
            </w:r>
          </w:p>
        </w:tc>
        <w:tc>
          <w:tcPr>
            <w:tcW w:w="3536" w:type="dxa"/>
            <w:vAlign w:val="center"/>
          </w:tcPr>
          <w:p w14:paraId="0509811D" w14:textId="0210CBDC" w:rsidR="004B37CC" w:rsidRPr="002C2456" w:rsidRDefault="000A419D" w:rsidP="00FD14D8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nettó </w:t>
            </w:r>
            <w:r w:rsidR="00826717" w:rsidRPr="002C2456">
              <w:rPr>
                <w:rFonts w:ascii="Cambria" w:hAnsi="Cambria"/>
                <w:sz w:val="24"/>
                <w:szCs w:val="24"/>
              </w:rPr>
              <w:t>[...................] Ft/év</w:t>
            </w:r>
          </w:p>
        </w:tc>
      </w:tr>
      <w:tr w:rsidR="004B37CC" w:rsidRPr="002C2456" w14:paraId="643512DA" w14:textId="77777777" w:rsidTr="00FC5690">
        <w:trPr>
          <w:jc w:val="center"/>
        </w:trPr>
        <w:tc>
          <w:tcPr>
            <w:tcW w:w="6096" w:type="dxa"/>
            <w:vAlign w:val="center"/>
          </w:tcPr>
          <w:p w14:paraId="2E135CC6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Az értékelésben figyelembe vett maximális opciós évek száma (N)</w:t>
            </w:r>
          </w:p>
        </w:tc>
        <w:tc>
          <w:tcPr>
            <w:tcW w:w="3536" w:type="dxa"/>
            <w:vAlign w:val="center"/>
          </w:tcPr>
          <w:p w14:paraId="37DAE94D" w14:textId="5F790AFB" w:rsidR="004B37CC" w:rsidRPr="002C2456" w:rsidRDefault="00FD14D8" w:rsidP="00FD14D8">
            <w:pPr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</w:t>
            </w:r>
            <w:r w:rsidR="00826717" w:rsidRPr="002C2456">
              <w:rPr>
                <w:rFonts w:ascii="Cambria" w:hAnsi="Cambria"/>
                <w:sz w:val="24"/>
                <w:szCs w:val="24"/>
              </w:rPr>
              <w:t xml:space="preserve"> év</w:t>
            </w:r>
          </w:p>
        </w:tc>
      </w:tr>
      <w:tr w:rsidR="004B37CC" w:rsidRPr="002C2456" w14:paraId="777AE2D5" w14:textId="77777777" w:rsidTr="00EF2646">
        <w:trPr>
          <w:jc w:val="center"/>
        </w:trPr>
        <w:tc>
          <w:tcPr>
            <w:tcW w:w="6096" w:type="dxa"/>
            <w:vAlign w:val="center"/>
          </w:tcPr>
          <w:p w14:paraId="632113E7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Opció teljes, értékelésben figyelembe vett nettó ellenértéke (C = B × N)</w:t>
            </w:r>
          </w:p>
        </w:tc>
        <w:tc>
          <w:tcPr>
            <w:tcW w:w="3536" w:type="dxa"/>
            <w:vAlign w:val="center"/>
          </w:tcPr>
          <w:p w14:paraId="0705758A" w14:textId="4AC88108" w:rsidR="004B37CC" w:rsidRPr="002C2456" w:rsidRDefault="003407F8" w:rsidP="00FD14D8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nettó </w:t>
            </w:r>
            <w:r w:rsidR="00826717" w:rsidRPr="002C2456">
              <w:rPr>
                <w:rFonts w:ascii="Cambria" w:hAnsi="Cambria"/>
                <w:sz w:val="24"/>
                <w:szCs w:val="24"/>
              </w:rPr>
              <w:t>[...................] Ft</w:t>
            </w:r>
          </w:p>
        </w:tc>
      </w:tr>
      <w:tr w:rsidR="004B37CC" w:rsidRPr="002C2456" w14:paraId="4D195920" w14:textId="77777777" w:rsidTr="00EF2646">
        <w:trPr>
          <w:jc w:val="center"/>
        </w:trPr>
        <w:tc>
          <w:tcPr>
            <w:tcW w:w="6096" w:type="dxa"/>
            <w:vAlign w:val="center"/>
          </w:tcPr>
          <w:p w14:paraId="405CEBF5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ÉRTÉKELÉSI ÖSSZEG (A + C)</w:t>
            </w:r>
          </w:p>
        </w:tc>
        <w:tc>
          <w:tcPr>
            <w:tcW w:w="3536" w:type="dxa"/>
            <w:vAlign w:val="center"/>
          </w:tcPr>
          <w:p w14:paraId="47D4E31B" w14:textId="3D35A3B9" w:rsidR="004B37CC" w:rsidRPr="002C2456" w:rsidRDefault="003407F8" w:rsidP="00FD14D8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nettó </w:t>
            </w:r>
            <w:r w:rsidR="00826717" w:rsidRPr="002C2456">
              <w:rPr>
                <w:rFonts w:ascii="Cambria" w:hAnsi="Cambria"/>
                <w:sz w:val="24"/>
                <w:szCs w:val="24"/>
              </w:rPr>
              <w:t>[...................] Ft</w:t>
            </w:r>
          </w:p>
        </w:tc>
      </w:tr>
    </w:tbl>
    <w:p w14:paraId="607D040E" w14:textId="77777777" w:rsidR="004B37CC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Nyilatkozom, hogy az értékelési összeg az alapszolgáltatás nettó egyösszegű tervezési díjának és az opció maximális mennyiségére számított teljes nettó ellenértékének összege. Az opciós szolgáltatás tényleges megrendelése az Ajánlatkérő döntésétől függ.</w:t>
      </w:r>
    </w:p>
    <w:p w14:paraId="5AF5DAF3" w14:textId="77777777" w:rsidR="003407F8" w:rsidRPr="002C2456" w:rsidRDefault="003407F8">
      <w:pPr>
        <w:rPr>
          <w:rFonts w:ascii="Cambria" w:hAnsi="Cambria"/>
          <w:sz w:val="24"/>
          <w:szCs w:val="24"/>
        </w:rPr>
      </w:pPr>
    </w:p>
    <w:p w14:paraId="31DD0150" w14:textId="77777777" w:rsidR="004B37CC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Kelt: [hely], [év] [hó] [nap]</w:t>
      </w:r>
    </w:p>
    <w:p w14:paraId="5FB5A6CF" w14:textId="77777777" w:rsidR="003407F8" w:rsidRPr="002C2456" w:rsidRDefault="003407F8">
      <w:pPr>
        <w:rPr>
          <w:rFonts w:ascii="Cambria" w:hAnsi="Cambria"/>
          <w:sz w:val="24"/>
          <w:szCs w:val="24"/>
        </w:rPr>
      </w:pPr>
    </w:p>
    <w:p w14:paraId="610278B5" w14:textId="77777777" w:rsidR="003407F8" w:rsidRDefault="00826717" w:rsidP="003407F8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........................................................</w:t>
      </w:r>
    </w:p>
    <w:p w14:paraId="068831E2" w14:textId="36DDABD2" w:rsidR="004B37CC" w:rsidRPr="002C2456" w:rsidRDefault="00826717" w:rsidP="003407F8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Ajánlattevő cégszerű aláírása</w:t>
      </w:r>
    </w:p>
    <w:p w14:paraId="31EE5A15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br w:type="page"/>
      </w:r>
    </w:p>
    <w:p w14:paraId="2002AD33" w14:textId="77777777" w:rsidR="004B37CC" w:rsidRPr="002C2456" w:rsidRDefault="00826717" w:rsidP="003407F8">
      <w:pPr>
        <w:pStyle w:val="Cmsor1"/>
        <w:jc w:val="right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lastRenderedPageBreak/>
        <w:t>2. számú nyilatkozatminta</w:t>
      </w:r>
    </w:p>
    <w:p w14:paraId="621D6583" w14:textId="77777777" w:rsidR="00490E8F" w:rsidRDefault="00490E8F" w:rsidP="003407F8">
      <w:pPr>
        <w:pStyle w:val="Cmsor2"/>
        <w:jc w:val="center"/>
        <w:rPr>
          <w:rFonts w:ascii="Cambria" w:hAnsi="Cambria"/>
          <w:sz w:val="24"/>
          <w:szCs w:val="24"/>
        </w:rPr>
      </w:pPr>
    </w:p>
    <w:p w14:paraId="21BB41A4" w14:textId="06BB7FAB" w:rsidR="004B37CC" w:rsidRPr="002C2456" w:rsidRDefault="00826717" w:rsidP="003407F8">
      <w:pPr>
        <w:pStyle w:val="Cmsor2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NYILATKOZAT A KIZÁRÓ OKOKRÓL</w:t>
      </w:r>
    </w:p>
    <w:p w14:paraId="27D1E854" w14:textId="77777777" w:rsidR="004B37CC" w:rsidRPr="002C2456" w:rsidRDefault="00826717" w:rsidP="003407F8">
      <w:pPr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 felhívás 10. pontja és a 17. d) pontja alapján.</w:t>
      </w:r>
    </w:p>
    <w:p w14:paraId="230687EC" w14:textId="77777777" w:rsidR="003407F8" w:rsidRDefault="003407F8" w:rsidP="003407F8">
      <w:pPr>
        <w:rPr>
          <w:rFonts w:ascii="Cambria" w:hAnsi="Cambria"/>
          <w:sz w:val="24"/>
          <w:szCs w:val="24"/>
        </w:rPr>
      </w:pPr>
    </w:p>
    <w:p w14:paraId="627E95A4" w14:textId="287170F1" w:rsidR="003407F8" w:rsidRPr="002C2456" w:rsidRDefault="003407F8" w:rsidP="003407F8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Ajánlattevő neve: </w:t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2D3F910B" w14:textId="77777777" w:rsidR="003407F8" w:rsidRPr="002C2456" w:rsidRDefault="003407F8" w:rsidP="003407F8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Székhelye: </w:t>
      </w:r>
      <w:r w:rsidRP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7AAC0C03" w14:textId="77777777" w:rsidR="003407F8" w:rsidRPr="002C2456" w:rsidRDefault="003407F8" w:rsidP="003407F8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Kapcsolattartó személy, telefon, e-mail:</w:t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</w:t>
      </w:r>
      <w:r>
        <w:rPr>
          <w:rFonts w:ascii="Cambria" w:hAnsi="Cambria"/>
          <w:sz w:val="24"/>
          <w:szCs w:val="24"/>
        </w:rPr>
        <w:t>........</w:t>
      </w:r>
      <w:r w:rsidRPr="002C2456">
        <w:rPr>
          <w:rFonts w:ascii="Cambria" w:hAnsi="Cambria"/>
          <w:sz w:val="24"/>
          <w:szCs w:val="24"/>
        </w:rPr>
        <w:t>......]</w:t>
      </w:r>
    </w:p>
    <w:p w14:paraId="3555D80F" w14:textId="77777777" w:rsidR="003407F8" w:rsidRDefault="003407F8" w:rsidP="003407F8">
      <w:pPr>
        <w:rPr>
          <w:rFonts w:ascii="Cambria" w:hAnsi="Cambria"/>
          <w:sz w:val="24"/>
          <w:szCs w:val="24"/>
        </w:rPr>
      </w:pPr>
    </w:p>
    <w:p w14:paraId="1C11C9F9" w14:textId="77777777" w:rsidR="00490E8F" w:rsidRDefault="003407F8" w:rsidP="00490E8F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Alulírott </w:t>
      </w:r>
      <w:proofErr w:type="gramStart"/>
      <w:r w:rsidR="00442BD8">
        <w:rPr>
          <w:rFonts w:ascii="Cambria" w:hAnsi="Cambria"/>
          <w:sz w:val="24"/>
          <w:szCs w:val="24"/>
        </w:rPr>
        <w:t>[….</w:t>
      </w:r>
      <w:proofErr w:type="gramEnd"/>
      <w:r w:rsidR="00442BD8">
        <w:rPr>
          <w:rFonts w:ascii="Cambria" w:hAnsi="Cambria"/>
          <w:sz w:val="24"/>
          <w:szCs w:val="24"/>
        </w:rPr>
        <w:t xml:space="preserve">], az […] </w:t>
      </w:r>
      <w:r w:rsidRPr="002C2456">
        <w:rPr>
          <w:rFonts w:ascii="Cambria" w:hAnsi="Cambria"/>
          <w:sz w:val="24"/>
          <w:szCs w:val="24"/>
        </w:rPr>
        <w:t>ajánlattevő</w:t>
      </w:r>
      <w:r w:rsidR="008E3A59">
        <w:rPr>
          <w:rFonts w:ascii="Cambria" w:hAnsi="Cambria"/>
          <w:sz w:val="24"/>
          <w:szCs w:val="24"/>
        </w:rPr>
        <w:t xml:space="preserve"> nevében és képviseletében</w:t>
      </w:r>
      <w:r w:rsidR="00442BD8">
        <w:rPr>
          <w:rFonts w:ascii="Cambria" w:hAnsi="Cambria"/>
          <w:sz w:val="24"/>
          <w:szCs w:val="24"/>
        </w:rPr>
        <w:t xml:space="preserve"> </w:t>
      </w:r>
      <w:r w:rsidR="008E3A59">
        <w:rPr>
          <w:rFonts w:ascii="Cambria" w:hAnsi="Cambria"/>
          <w:sz w:val="24"/>
          <w:szCs w:val="24"/>
        </w:rPr>
        <w:t>a</w:t>
      </w:r>
      <w:r w:rsidRPr="002C2456">
        <w:rPr>
          <w:rFonts w:ascii="Cambria" w:hAnsi="Cambria"/>
          <w:sz w:val="24"/>
          <w:szCs w:val="24"/>
        </w:rPr>
        <w:t xml:space="preserve"> </w:t>
      </w:r>
      <w:r w:rsidRPr="002C2456">
        <w:rPr>
          <w:rFonts w:ascii="Cambria" w:hAnsi="Cambria"/>
          <w:b/>
          <w:bCs/>
          <w:sz w:val="24"/>
          <w:szCs w:val="24"/>
        </w:rPr>
        <w:t>Diósd Város Önkormányzata</w:t>
      </w:r>
      <w:r w:rsidRPr="002C2456">
        <w:rPr>
          <w:rFonts w:ascii="Cambria" w:hAnsi="Cambria"/>
          <w:sz w:val="24"/>
          <w:szCs w:val="24"/>
        </w:rPr>
        <w:t xml:space="preserve"> (2049 Diósd, Szent István tér 1.) mint ajánlatkérő által indított „</w:t>
      </w:r>
      <w:r w:rsidRPr="002C2456">
        <w:rPr>
          <w:rFonts w:ascii="Cambria" w:hAnsi="Cambria"/>
          <w:b/>
          <w:bCs/>
          <w:sz w:val="24"/>
          <w:szCs w:val="24"/>
        </w:rPr>
        <w:t>Diósd Város településtervének (fejlesztési és rendezési terv) újraalkotása2026</w:t>
      </w:r>
      <w:r w:rsidRPr="002C2456">
        <w:rPr>
          <w:rFonts w:ascii="Cambria" w:hAnsi="Cambria"/>
          <w:sz w:val="24"/>
          <w:szCs w:val="24"/>
        </w:rPr>
        <w:t xml:space="preserve">” tárgyú beszerzési eljárásában </w:t>
      </w:r>
    </w:p>
    <w:p w14:paraId="0E17C8BF" w14:textId="2B73C005" w:rsidR="00490E8F" w:rsidRDefault="00826717" w:rsidP="00490E8F">
      <w:pPr>
        <w:jc w:val="center"/>
        <w:rPr>
          <w:rFonts w:ascii="Cambria" w:hAnsi="Cambria"/>
          <w:b/>
          <w:bCs/>
          <w:sz w:val="24"/>
          <w:szCs w:val="24"/>
        </w:rPr>
      </w:pPr>
      <w:r w:rsidRPr="00490E8F">
        <w:rPr>
          <w:rFonts w:ascii="Cambria" w:hAnsi="Cambria"/>
          <w:b/>
          <w:bCs/>
          <w:sz w:val="24"/>
          <w:szCs w:val="24"/>
        </w:rPr>
        <w:t>nyilatkozom,</w:t>
      </w:r>
    </w:p>
    <w:p w14:paraId="1DD09F55" w14:textId="77777777" w:rsidR="00490E8F" w:rsidRPr="00490E8F" w:rsidRDefault="00490E8F" w:rsidP="00490E8F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72F97B6E" w14:textId="417CF910" w:rsidR="004B37CC" w:rsidRPr="00490E8F" w:rsidRDefault="00826717" w:rsidP="00490E8F">
      <w:pPr>
        <w:jc w:val="both"/>
        <w:rPr>
          <w:rFonts w:ascii="Cambria" w:hAnsi="Cambria"/>
          <w:b/>
          <w:bCs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hogy </w:t>
      </w:r>
      <w:r w:rsidRPr="00490E8F">
        <w:rPr>
          <w:rFonts w:ascii="Cambria" w:hAnsi="Cambria"/>
          <w:b/>
          <w:bCs/>
          <w:sz w:val="24"/>
          <w:szCs w:val="24"/>
        </w:rPr>
        <w:t>az ajánlattevővel szemben a</w:t>
      </w:r>
      <w:r w:rsidR="0004040B" w:rsidRPr="00490E8F">
        <w:rPr>
          <w:rFonts w:ascii="Cambria" w:hAnsi="Cambria"/>
          <w:b/>
          <w:bCs/>
          <w:sz w:val="24"/>
          <w:szCs w:val="24"/>
        </w:rPr>
        <w:t>z ajánlattételi</w:t>
      </w:r>
      <w:r w:rsidRPr="00490E8F">
        <w:rPr>
          <w:rFonts w:ascii="Cambria" w:hAnsi="Cambria"/>
          <w:b/>
          <w:bCs/>
          <w:sz w:val="24"/>
          <w:szCs w:val="24"/>
        </w:rPr>
        <w:t xml:space="preserve"> felhívásban előírt, a Kbt. 62. § (</w:t>
      </w:r>
      <w:proofErr w:type="gramStart"/>
      <w:r w:rsidRPr="00490E8F">
        <w:rPr>
          <w:rFonts w:ascii="Cambria" w:hAnsi="Cambria"/>
          <w:b/>
          <w:bCs/>
          <w:sz w:val="24"/>
          <w:szCs w:val="24"/>
        </w:rPr>
        <w:t>1)–</w:t>
      </w:r>
      <w:proofErr w:type="gramEnd"/>
      <w:r w:rsidRPr="00490E8F">
        <w:rPr>
          <w:rFonts w:ascii="Cambria" w:hAnsi="Cambria"/>
          <w:b/>
          <w:bCs/>
          <w:sz w:val="24"/>
          <w:szCs w:val="24"/>
        </w:rPr>
        <w:t>(2) bekezdésében meghatározott kizáró okok egyike sem áll fenn.</w:t>
      </w:r>
    </w:p>
    <w:p w14:paraId="68011428" w14:textId="1B4395C0" w:rsidR="004B37CC" w:rsidRPr="00490E8F" w:rsidRDefault="00826717" w:rsidP="00490E8F">
      <w:pPr>
        <w:jc w:val="both"/>
        <w:rPr>
          <w:rFonts w:ascii="Cambria" w:hAnsi="Cambria"/>
          <w:b/>
          <w:bCs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Nyilatkozom továbbá, hogy az ajánlatban, illetve a szerződés teljesítése során </w:t>
      </w:r>
      <w:r w:rsidR="00BC0398" w:rsidRPr="00490E8F">
        <w:rPr>
          <w:rFonts w:ascii="Cambria" w:hAnsi="Cambria"/>
          <w:b/>
          <w:bCs/>
          <w:sz w:val="24"/>
          <w:szCs w:val="24"/>
        </w:rPr>
        <w:t>nem veszek igénybe olyan alvállalkozót</w:t>
      </w:r>
      <w:r w:rsidR="00490E8F" w:rsidRPr="00490E8F">
        <w:rPr>
          <w:rFonts w:ascii="Cambria" w:hAnsi="Cambria"/>
          <w:b/>
          <w:bCs/>
          <w:sz w:val="24"/>
          <w:szCs w:val="24"/>
        </w:rPr>
        <w:t>, aki az előírt kizáró okok hatálya alatt áll.</w:t>
      </w:r>
    </w:p>
    <w:p w14:paraId="381EEE4C" w14:textId="77777777" w:rsidR="00490E8F" w:rsidRPr="002C2456" w:rsidRDefault="00490E8F" w:rsidP="00490E8F">
      <w:pPr>
        <w:jc w:val="both"/>
        <w:rPr>
          <w:rFonts w:ascii="Cambria" w:hAnsi="Cambria"/>
          <w:sz w:val="24"/>
          <w:szCs w:val="24"/>
        </w:rPr>
      </w:pPr>
    </w:p>
    <w:p w14:paraId="5F05B52B" w14:textId="77777777" w:rsidR="004B37CC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Kelt: [hely], [év] [hó] [nap]</w:t>
      </w:r>
    </w:p>
    <w:p w14:paraId="7F15E9E9" w14:textId="77777777" w:rsidR="00490E8F" w:rsidRPr="002C2456" w:rsidRDefault="00490E8F">
      <w:pPr>
        <w:rPr>
          <w:rFonts w:ascii="Cambria" w:hAnsi="Cambria"/>
          <w:sz w:val="24"/>
          <w:szCs w:val="24"/>
        </w:rPr>
      </w:pPr>
    </w:p>
    <w:p w14:paraId="5C27AEB1" w14:textId="77777777" w:rsidR="00490E8F" w:rsidRDefault="00490E8F" w:rsidP="00490E8F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........................................................</w:t>
      </w:r>
    </w:p>
    <w:p w14:paraId="79659CE1" w14:textId="77777777" w:rsidR="00490E8F" w:rsidRPr="002C2456" w:rsidRDefault="00490E8F" w:rsidP="00490E8F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Ajánlattevő cégszerű aláírása</w:t>
      </w:r>
    </w:p>
    <w:p w14:paraId="300D869D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br w:type="page"/>
      </w:r>
    </w:p>
    <w:p w14:paraId="11F1F002" w14:textId="77777777" w:rsidR="004B37CC" w:rsidRPr="002C2456" w:rsidRDefault="00826717" w:rsidP="00490E8F">
      <w:pPr>
        <w:pStyle w:val="Cmsor1"/>
        <w:jc w:val="right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lastRenderedPageBreak/>
        <w:t>3. számú nyilatkozatminta</w:t>
      </w:r>
    </w:p>
    <w:p w14:paraId="09912E55" w14:textId="77777777" w:rsidR="004B37CC" w:rsidRPr="002C2456" w:rsidRDefault="00826717" w:rsidP="00490E8F">
      <w:pPr>
        <w:pStyle w:val="Cmsor2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AJÁNLATI NYILATKOZAT</w:t>
      </w:r>
    </w:p>
    <w:p w14:paraId="21AB2FCC" w14:textId="77777777" w:rsidR="004B37CC" w:rsidRPr="002C2456" w:rsidRDefault="00826717" w:rsidP="00490E8F">
      <w:pPr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 felhívás 17. e) pontja alapján.</w:t>
      </w:r>
    </w:p>
    <w:p w14:paraId="4CBCF27A" w14:textId="77777777" w:rsidR="00490E8F" w:rsidRDefault="00490E8F">
      <w:pPr>
        <w:rPr>
          <w:rFonts w:ascii="Cambria" w:hAnsi="Cambria"/>
          <w:sz w:val="24"/>
          <w:szCs w:val="24"/>
        </w:rPr>
      </w:pPr>
    </w:p>
    <w:p w14:paraId="4DA37AC6" w14:textId="77777777" w:rsidR="00490E8F" w:rsidRPr="002C2456" w:rsidRDefault="00490E8F" w:rsidP="00490E8F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Ajánlattevő neve: </w:t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13A9E3E9" w14:textId="77777777" w:rsidR="00490E8F" w:rsidRPr="002C2456" w:rsidRDefault="00490E8F" w:rsidP="00490E8F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Székhelye: </w:t>
      </w:r>
      <w:r w:rsidRP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77991D49" w14:textId="77777777" w:rsidR="00490E8F" w:rsidRPr="002C2456" w:rsidRDefault="00490E8F" w:rsidP="00490E8F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Kapcsolattartó személy, telefon, e-mail:</w:t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</w:t>
      </w:r>
      <w:r>
        <w:rPr>
          <w:rFonts w:ascii="Cambria" w:hAnsi="Cambria"/>
          <w:sz w:val="24"/>
          <w:szCs w:val="24"/>
        </w:rPr>
        <w:t>........</w:t>
      </w:r>
      <w:r w:rsidRPr="002C2456">
        <w:rPr>
          <w:rFonts w:ascii="Cambria" w:hAnsi="Cambria"/>
          <w:sz w:val="24"/>
          <w:szCs w:val="24"/>
        </w:rPr>
        <w:t>......]</w:t>
      </w:r>
    </w:p>
    <w:p w14:paraId="480569D6" w14:textId="77777777" w:rsidR="00490E8F" w:rsidRDefault="00490E8F" w:rsidP="00490E8F">
      <w:pPr>
        <w:rPr>
          <w:rFonts w:ascii="Cambria" w:hAnsi="Cambria"/>
          <w:sz w:val="24"/>
          <w:szCs w:val="24"/>
        </w:rPr>
      </w:pPr>
    </w:p>
    <w:p w14:paraId="12BA1B60" w14:textId="77777777" w:rsidR="00490E8F" w:rsidRDefault="00490E8F" w:rsidP="00490E8F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Alulírott </w:t>
      </w:r>
      <w:proofErr w:type="gramStart"/>
      <w:r>
        <w:rPr>
          <w:rFonts w:ascii="Cambria" w:hAnsi="Cambria"/>
          <w:sz w:val="24"/>
          <w:szCs w:val="24"/>
        </w:rPr>
        <w:t>[….</w:t>
      </w:r>
      <w:proofErr w:type="gramEnd"/>
      <w:r>
        <w:rPr>
          <w:rFonts w:ascii="Cambria" w:hAnsi="Cambria"/>
          <w:sz w:val="24"/>
          <w:szCs w:val="24"/>
        </w:rPr>
        <w:t xml:space="preserve">], az […] </w:t>
      </w:r>
      <w:r w:rsidRPr="002C2456">
        <w:rPr>
          <w:rFonts w:ascii="Cambria" w:hAnsi="Cambria"/>
          <w:sz w:val="24"/>
          <w:szCs w:val="24"/>
        </w:rPr>
        <w:t>ajánlattevő</w:t>
      </w:r>
      <w:r>
        <w:rPr>
          <w:rFonts w:ascii="Cambria" w:hAnsi="Cambria"/>
          <w:sz w:val="24"/>
          <w:szCs w:val="24"/>
        </w:rPr>
        <w:t xml:space="preserve"> nevében és képviseletében a</w:t>
      </w:r>
      <w:r w:rsidRPr="002C2456">
        <w:rPr>
          <w:rFonts w:ascii="Cambria" w:hAnsi="Cambria"/>
          <w:sz w:val="24"/>
          <w:szCs w:val="24"/>
        </w:rPr>
        <w:t xml:space="preserve"> </w:t>
      </w:r>
      <w:r w:rsidRPr="002C2456">
        <w:rPr>
          <w:rFonts w:ascii="Cambria" w:hAnsi="Cambria"/>
          <w:b/>
          <w:bCs/>
          <w:sz w:val="24"/>
          <w:szCs w:val="24"/>
        </w:rPr>
        <w:t>Diósd Város Önkormányzata</w:t>
      </w:r>
      <w:r w:rsidRPr="002C2456">
        <w:rPr>
          <w:rFonts w:ascii="Cambria" w:hAnsi="Cambria"/>
          <w:sz w:val="24"/>
          <w:szCs w:val="24"/>
        </w:rPr>
        <w:t xml:space="preserve"> (2049 Diósd, Szent István tér 1.) mint ajánlatkérő által indított „</w:t>
      </w:r>
      <w:r w:rsidRPr="002C2456">
        <w:rPr>
          <w:rFonts w:ascii="Cambria" w:hAnsi="Cambria"/>
          <w:b/>
          <w:bCs/>
          <w:sz w:val="24"/>
          <w:szCs w:val="24"/>
        </w:rPr>
        <w:t>Diósd Város településtervének (fejlesztési és rendezési terv) újraalkotása2026</w:t>
      </w:r>
      <w:r w:rsidRPr="002C2456">
        <w:rPr>
          <w:rFonts w:ascii="Cambria" w:hAnsi="Cambria"/>
          <w:sz w:val="24"/>
          <w:szCs w:val="24"/>
        </w:rPr>
        <w:t xml:space="preserve">” tárgyú beszerzési eljárásában </w:t>
      </w:r>
    </w:p>
    <w:p w14:paraId="08B8E32E" w14:textId="77777777" w:rsidR="00490E8F" w:rsidRDefault="00490E8F" w:rsidP="00490E8F">
      <w:pPr>
        <w:jc w:val="center"/>
        <w:rPr>
          <w:rFonts w:ascii="Cambria" w:hAnsi="Cambria"/>
          <w:b/>
          <w:bCs/>
          <w:sz w:val="24"/>
          <w:szCs w:val="24"/>
        </w:rPr>
      </w:pPr>
      <w:r w:rsidRPr="00490E8F">
        <w:rPr>
          <w:rFonts w:ascii="Cambria" w:hAnsi="Cambria"/>
          <w:b/>
          <w:bCs/>
          <w:sz w:val="24"/>
          <w:szCs w:val="24"/>
        </w:rPr>
        <w:t>nyilatkozom,</w:t>
      </w:r>
    </w:p>
    <w:p w14:paraId="350C8CED" w14:textId="049ABC49" w:rsidR="004B37CC" w:rsidRPr="00C20489" w:rsidRDefault="00826717" w:rsidP="00490E8F">
      <w:pPr>
        <w:jc w:val="both"/>
        <w:rPr>
          <w:rFonts w:ascii="Cambria" w:hAnsi="Cambria"/>
          <w:b/>
          <w:bCs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hogy </w:t>
      </w:r>
      <w:r w:rsidRPr="00C20489">
        <w:rPr>
          <w:rFonts w:ascii="Cambria" w:hAnsi="Cambria"/>
          <w:b/>
          <w:bCs/>
          <w:sz w:val="24"/>
          <w:szCs w:val="24"/>
        </w:rPr>
        <w:t>az ajánlattételi felhívás, a kiadott főépítészi feljegyzés, az ajánlatkérési kiegészítés és a szerződéstervezet feltételeit megismertük és elfogadjuk; nyertességünk esetén a szerződést megkötjük, a beszerzés tárgyát a rendelkezésre bocsátott szerződéses és szakmai követelményeknek megfelelően</w:t>
      </w:r>
      <w:r w:rsidR="00C20489">
        <w:rPr>
          <w:rFonts w:ascii="Cambria" w:hAnsi="Cambria"/>
          <w:b/>
          <w:bCs/>
          <w:sz w:val="24"/>
          <w:szCs w:val="24"/>
        </w:rPr>
        <w:t>, a felolvasólapon szereplő áron</w:t>
      </w:r>
      <w:r w:rsidRPr="00C20489">
        <w:rPr>
          <w:rFonts w:ascii="Cambria" w:hAnsi="Cambria"/>
          <w:b/>
          <w:bCs/>
          <w:sz w:val="24"/>
          <w:szCs w:val="24"/>
        </w:rPr>
        <w:t xml:space="preserve"> teljesítjük.</w:t>
      </w:r>
    </w:p>
    <w:p w14:paraId="3D873C7C" w14:textId="5E10408E" w:rsidR="004B37CC" w:rsidRPr="002C2456" w:rsidRDefault="00826717" w:rsidP="00490E8F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 kért nettó ellenszolgáltatás az 1. számú nyilatkozatmintában részletezett alapszolgáltatási díjból és opciós díjból áll; az értékelés</w:t>
      </w:r>
      <w:r w:rsidR="00490E8F">
        <w:rPr>
          <w:rFonts w:ascii="Cambria" w:hAnsi="Cambria"/>
          <w:sz w:val="24"/>
          <w:szCs w:val="24"/>
        </w:rPr>
        <w:t xml:space="preserve"> alá eső</w:t>
      </w:r>
      <w:r w:rsidRPr="002C2456">
        <w:rPr>
          <w:rFonts w:ascii="Cambria" w:hAnsi="Cambria"/>
          <w:sz w:val="24"/>
          <w:szCs w:val="24"/>
        </w:rPr>
        <w:t xml:space="preserve"> összeg számítását az ott meghatározott módon végeztük el. Ajánlatunk a felhívás szerinti teljes alapszolgáltatásra és az opciós szolgáltatásra is kiterjed.</w:t>
      </w:r>
    </w:p>
    <w:p w14:paraId="08283977" w14:textId="77777777" w:rsidR="004B37CC" w:rsidRPr="002C2456" w:rsidRDefault="00826717" w:rsidP="00490E8F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Nyilatkozom, hogy az ajánlatunkban szereplő adatok és vállalások valósak, a feladat teljesítéséhez szükséges szakmai személyi kapacitás biztosított, és az ajánlati kötöttségre vonatkozó feltételeket elfogadjuk.</w:t>
      </w:r>
    </w:p>
    <w:p w14:paraId="55A69021" w14:textId="77777777" w:rsidR="00C20489" w:rsidRDefault="00C20489" w:rsidP="00C20489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Kelt: [hely], [év] [hó] [nap]</w:t>
      </w:r>
    </w:p>
    <w:p w14:paraId="71F436A6" w14:textId="77777777" w:rsidR="00C20489" w:rsidRPr="002C2456" w:rsidRDefault="00C20489" w:rsidP="00C20489">
      <w:pPr>
        <w:rPr>
          <w:rFonts w:ascii="Cambria" w:hAnsi="Cambria"/>
          <w:sz w:val="24"/>
          <w:szCs w:val="24"/>
        </w:rPr>
      </w:pPr>
    </w:p>
    <w:p w14:paraId="40E17764" w14:textId="77777777" w:rsidR="00C20489" w:rsidRDefault="00C20489" w:rsidP="00C20489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........................................................</w:t>
      </w:r>
    </w:p>
    <w:p w14:paraId="24ADFF30" w14:textId="77777777" w:rsidR="00C20489" w:rsidRPr="002C2456" w:rsidRDefault="00C20489" w:rsidP="00C20489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Ajánlattevő cégszerű aláírása</w:t>
      </w:r>
    </w:p>
    <w:p w14:paraId="5B66C62E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br w:type="page"/>
      </w:r>
    </w:p>
    <w:p w14:paraId="10CDBB04" w14:textId="77777777" w:rsidR="004B37CC" w:rsidRPr="002C2456" w:rsidRDefault="00826717" w:rsidP="00586FD6">
      <w:pPr>
        <w:pStyle w:val="Cmsor1"/>
        <w:jc w:val="right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lastRenderedPageBreak/>
        <w:t>4. számú nyilatkozatminta</w:t>
      </w:r>
    </w:p>
    <w:p w14:paraId="3F8C35EF" w14:textId="77777777" w:rsidR="004B37CC" w:rsidRPr="002C2456" w:rsidRDefault="00826717" w:rsidP="00586FD6">
      <w:pPr>
        <w:pStyle w:val="Cmsor2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SZAKEMBEREK BEMUTATÁSA</w:t>
      </w:r>
    </w:p>
    <w:p w14:paraId="00FDF57C" w14:textId="77777777" w:rsidR="004B37CC" w:rsidRPr="002C2456" w:rsidRDefault="00826717" w:rsidP="00586FD6">
      <w:pPr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 felhívás M/1.1–M/1.3 alkalmassági követelményeihez. Ajánlattevő által aláírandó.</w:t>
      </w:r>
    </w:p>
    <w:p w14:paraId="196857EB" w14:textId="77777777" w:rsidR="00586FD6" w:rsidRDefault="00586FD6" w:rsidP="00586FD6">
      <w:pPr>
        <w:rPr>
          <w:rFonts w:ascii="Cambria" w:hAnsi="Cambria"/>
          <w:sz w:val="24"/>
          <w:szCs w:val="24"/>
        </w:rPr>
      </w:pPr>
    </w:p>
    <w:p w14:paraId="07F5069B" w14:textId="3273A406" w:rsidR="00586FD6" w:rsidRPr="002C2456" w:rsidRDefault="00586FD6" w:rsidP="00586FD6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Ajánlattevő neve: </w:t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5E0B2141" w14:textId="77777777" w:rsidR="00586FD6" w:rsidRPr="002C2456" w:rsidRDefault="00586FD6" w:rsidP="00586FD6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Székhelye: </w:t>
      </w:r>
      <w:r w:rsidRP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6C079640" w14:textId="77777777" w:rsidR="00586FD6" w:rsidRPr="002C2456" w:rsidRDefault="00586FD6" w:rsidP="00586FD6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Kapcsolattartó személy, telefon, e-mail:</w:t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</w:t>
      </w:r>
      <w:r>
        <w:rPr>
          <w:rFonts w:ascii="Cambria" w:hAnsi="Cambria"/>
          <w:sz w:val="24"/>
          <w:szCs w:val="24"/>
        </w:rPr>
        <w:t>........</w:t>
      </w:r>
      <w:r w:rsidRPr="002C2456">
        <w:rPr>
          <w:rFonts w:ascii="Cambria" w:hAnsi="Cambria"/>
          <w:sz w:val="24"/>
          <w:szCs w:val="24"/>
        </w:rPr>
        <w:t>......]</w:t>
      </w:r>
    </w:p>
    <w:p w14:paraId="7A1BF4B5" w14:textId="77777777" w:rsidR="00586FD6" w:rsidRDefault="00586FD6" w:rsidP="00586FD6">
      <w:pPr>
        <w:rPr>
          <w:rFonts w:ascii="Cambria" w:hAnsi="Cambria"/>
          <w:sz w:val="24"/>
          <w:szCs w:val="24"/>
        </w:rPr>
      </w:pPr>
    </w:p>
    <w:p w14:paraId="1D87AD7B" w14:textId="77777777" w:rsidR="00586FD6" w:rsidRDefault="00586FD6" w:rsidP="00586FD6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Alulírott </w:t>
      </w:r>
      <w:proofErr w:type="gramStart"/>
      <w:r>
        <w:rPr>
          <w:rFonts w:ascii="Cambria" w:hAnsi="Cambria"/>
          <w:sz w:val="24"/>
          <w:szCs w:val="24"/>
        </w:rPr>
        <w:t>[….</w:t>
      </w:r>
      <w:proofErr w:type="gramEnd"/>
      <w:r>
        <w:rPr>
          <w:rFonts w:ascii="Cambria" w:hAnsi="Cambria"/>
          <w:sz w:val="24"/>
          <w:szCs w:val="24"/>
        </w:rPr>
        <w:t xml:space="preserve">], az […] </w:t>
      </w:r>
      <w:r w:rsidRPr="002C2456">
        <w:rPr>
          <w:rFonts w:ascii="Cambria" w:hAnsi="Cambria"/>
          <w:sz w:val="24"/>
          <w:szCs w:val="24"/>
        </w:rPr>
        <w:t>ajánlattevő</w:t>
      </w:r>
      <w:r>
        <w:rPr>
          <w:rFonts w:ascii="Cambria" w:hAnsi="Cambria"/>
          <w:sz w:val="24"/>
          <w:szCs w:val="24"/>
        </w:rPr>
        <w:t xml:space="preserve"> nevében és képviseletében a</w:t>
      </w:r>
      <w:r w:rsidRPr="002C2456">
        <w:rPr>
          <w:rFonts w:ascii="Cambria" w:hAnsi="Cambria"/>
          <w:sz w:val="24"/>
          <w:szCs w:val="24"/>
        </w:rPr>
        <w:t xml:space="preserve"> </w:t>
      </w:r>
      <w:r w:rsidRPr="002C2456">
        <w:rPr>
          <w:rFonts w:ascii="Cambria" w:hAnsi="Cambria"/>
          <w:b/>
          <w:bCs/>
          <w:sz w:val="24"/>
          <w:szCs w:val="24"/>
        </w:rPr>
        <w:t>Diósd Város Önkormányzata</w:t>
      </w:r>
      <w:r w:rsidRPr="002C2456">
        <w:rPr>
          <w:rFonts w:ascii="Cambria" w:hAnsi="Cambria"/>
          <w:sz w:val="24"/>
          <w:szCs w:val="24"/>
        </w:rPr>
        <w:t xml:space="preserve"> (2049 Diósd, Szent István tér 1.) mint ajánlatkérő által indított „</w:t>
      </w:r>
      <w:r w:rsidRPr="002C2456">
        <w:rPr>
          <w:rFonts w:ascii="Cambria" w:hAnsi="Cambria"/>
          <w:b/>
          <w:bCs/>
          <w:sz w:val="24"/>
          <w:szCs w:val="24"/>
        </w:rPr>
        <w:t>Diósd Város településtervének (fejlesztési és rendezési terv) újraalkotása2026</w:t>
      </w:r>
      <w:r w:rsidRPr="002C2456">
        <w:rPr>
          <w:rFonts w:ascii="Cambria" w:hAnsi="Cambria"/>
          <w:sz w:val="24"/>
          <w:szCs w:val="24"/>
        </w:rPr>
        <w:t xml:space="preserve">” tárgyú beszerzési eljárásában </w:t>
      </w:r>
    </w:p>
    <w:p w14:paraId="7917068C" w14:textId="77777777" w:rsidR="00586FD6" w:rsidRDefault="00586FD6" w:rsidP="00586FD6">
      <w:pPr>
        <w:jc w:val="center"/>
        <w:rPr>
          <w:rFonts w:ascii="Cambria" w:hAnsi="Cambria"/>
          <w:b/>
          <w:bCs/>
          <w:sz w:val="24"/>
          <w:szCs w:val="24"/>
        </w:rPr>
      </w:pPr>
      <w:r w:rsidRPr="00490E8F">
        <w:rPr>
          <w:rFonts w:ascii="Cambria" w:hAnsi="Cambria"/>
          <w:b/>
          <w:bCs/>
          <w:sz w:val="24"/>
          <w:szCs w:val="24"/>
        </w:rPr>
        <w:t>nyilatkozom,</w:t>
      </w:r>
    </w:p>
    <w:p w14:paraId="7DCEB81C" w14:textId="04B71F12" w:rsidR="00586FD6" w:rsidRDefault="00586FD6" w:rsidP="00586FD6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hogy az ajánlattételi felhívásban megjelölt szakemberekre vonatkozó alkalmassági minimumkövetelményeknek való megfelelés érdekében az alábbi szakembereket mutatjuk be.</w:t>
      </w:r>
    </w:p>
    <w:p w14:paraId="206ABBFD" w14:textId="77777777" w:rsidR="004B37CC" w:rsidRPr="002C2456" w:rsidRDefault="00826717">
      <w:pPr>
        <w:pStyle w:val="Cmsor3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M/1.1 – TT – településtervezés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4812"/>
      </w:tblGrid>
      <w:tr w:rsidR="004B37CC" w:rsidRPr="002C2456" w14:paraId="314B973F" w14:textId="77777777">
        <w:trPr>
          <w:jc w:val="center"/>
        </w:trPr>
        <w:tc>
          <w:tcPr>
            <w:tcW w:w="4816" w:type="dxa"/>
            <w:vAlign w:val="center"/>
          </w:tcPr>
          <w:p w14:paraId="39BA8BF9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Megajánlott szakember neve</w:t>
            </w:r>
          </w:p>
        </w:tc>
        <w:tc>
          <w:tcPr>
            <w:tcW w:w="4816" w:type="dxa"/>
            <w:vAlign w:val="center"/>
          </w:tcPr>
          <w:p w14:paraId="4498B459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0FE658C7" w14:textId="77777777">
        <w:trPr>
          <w:jc w:val="center"/>
        </w:trPr>
        <w:tc>
          <w:tcPr>
            <w:tcW w:w="4816" w:type="dxa"/>
            <w:vAlign w:val="center"/>
          </w:tcPr>
          <w:p w14:paraId="3BF6085B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Kamarai nyilvántartási szám (ha van)</w:t>
            </w:r>
          </w:p>
        </w:tc>
        <w:tc>
          <w:tcPr>
            <w:tcW w:w="4816" w:type="dxa"/>
            <w:vAlign w:val="center"/>
          </w:tcPr>
          <w:p w14:paraId="68AB54F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25C706E1" w14:textId="77777777">
        <w:trPr>
          <w:jc w:val="center"/>
        </w:trPr>
        <w:tc>
          <w:tcPr>
            <w:tcW w:w="4816" w:type="dxa"/>
            <w:vAlign w:val="center"/>
          </w:tcPr>
          <w:p w14:paraId="12E878C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Jogosultság megnevezése / vagy végzettség és gyakorlat</w:t>
            </w:r>
          </w:p>
        </w:tc>
        <w:tc>
          <w:tcPr>
            <w:tcW w:w="4816" w:type="dxa"/>
            <w:vAlign w:val="center"/>
          </w:tcPr>
          <w:p w14:paraId="7B6D28E6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05A46170" w14:textId="77777777">
        <w:trPr>
          <w:jc w:val="center"/>
        </w:trPr>
        <w:tc>
          <w:tcPr>
            <w:tcW w:w="4816" w:type="dxa"/>
            <w:vAlign w:val="center"/>
          </w:tcPr>
          <w:p w14:paraId="5F5F9B03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Szakember munkáltatója ajánlattételkor</w:t>
            </w:r>
          </w:p>
        </w:tc>
        <w:tc>
          <w:tcPr>
            <w:tcW w:w="4816" w:type="dxa"/>
            <w:vAlign w:val="center"/>
          </w:tcPr>
          <w:p w14:paraId="71CAA18C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</w:tbl>
    <w:p w14:paraId="0E3AB69E" w14:textId="77777777" w:rsidR="004B37CC" w:rsidRPr="002C2456" w:rsidRDefault="00826717">
      <w:pPr>
        <w:pStyle w:val="Cmsor3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M/1.2 – TK – településtervezési zöldfelületi és tájrendezési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4812"/>
      </w:tblGrid>
      <w:tr w:rsidR="004B37CC" w:rsidRPr="002C2456" w14:paraId="2377029A" w14:textId="77777777">
        <w:trPr>
          <w:jc w:val="center"/>
        </w:trPr>
        <w:tc>
          <w:tcPr>
            <w:tcW w:w="4816" w:type="dxa"/>
            <w:vAlign w:val="center"/>
          </w:tcPr>
          <w:p w14:paraId="7D7C9653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Megajánlott szakember neve</w:t>
            </w:r>
          </w:p>
        </w:tc>
        <w:tc>
          <w:tcPr>
            <w:tcW w:w="4816" w:type="dxa"/>
            <w:vAlign w:val="center"/>
          </w:tcPr>
          <w:p w14:paraId="2F9FE092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1B5E084D" w14:textId="77777777">
        <w:trPr>
          <w:jc w:val="center"/>
        </w:trPr>
        <w:tc>
          <w:tcPr>
            <w:tcW w:w="4816" w:type="dxa"/>
            <w:vAlign w:val="center"/>
          </w:tcPr>
          <w:p w14:paraId="27ABA55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Kamarai nyilvántartási szám (ha van)</w:t>
            </w:r>
          </w:p>
        </w:tc>
        <w:tc>
          <w:tcPr>
            <w:tcW w:w="4816" w:type="dxa"/>
            <w:vAlign w:val="center"/>
          </w:tcPr>
          <w:p w14:paraId="7EF1BFF5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64ED462C" w14:textId="77777777">
        <w:trPr>
          <w:jc w:val="center"/>
        </w:trPr>
        <w:tc>
          <w:tcPr>
            <w:tcW w:w="4816" w:type="dxa"/>
            <w:vAlign w:val="center"/>
          </w:tcPr>
          <w:p w14:paraId="017133D7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Jogosultság megnevezése / vagy végzettség és gyakorlat</w:t>
            </w:r>
          </w:p>
        </w:tc>
        <w:tc>
          <w:tcPr>
            <w:tcW w:w="4816" w:type="dxa"/>
            <w:vAlign w:val="center"/>
          </w:tcPr>
          <w:p w14:paraId="6EDE659E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031A5FB6" w14:textId="77777777">
        <w:trPr>
          <w:jc w:val="center"/>
        </w:trPr>
        <w:tc>
          <w:tcPr>
            <w:tcW w:w="4816" w:type="dxa"/>
            <w:vAlign w:val="center"/>
          </w:tcPr>
          <w:p w14:paraId="7DAA0163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Szakember munkáltatója ajánlattételkor</w:t>
            </w:r>
          </w:p>
        </w:tc>
        <w:tc>
          <w:tcPr>
            <w:tcW w:w="4816" w:type="dxa"/>
            <w:vAlign w:val="center"/>
          </w:tcPr>
          <w:p w14:paraId="7E043962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</w:tbl>
    <w:p w14:paraId="25D68D61" w14:textId="77777777" w:rsidR="004B37CC" w:rsidRPr="002C2456" w:rsidRDefault="00826717">
      <w:pPr>
        <w:pStyle w:val="Cmsor3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M/1.3 – TKÖ – településtervezési közlekedési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4812"/>
      </w:tblGrid>
      <w:tr w:rsidR="004B37CC" w:rsidRPr="002C2456" w14:paraId="5C351049" w14:textId="77777777">
        <w:trPr>
          <w:jc w:val="center"/>
        </w:trPr>
        <w:tc>
          <w:tcPr>
            <w:tcW w:w="4816" w:type="dxa"/>
            <w:vAlign w:val="center"/>
          </w:tcPr>
          <w:p w14:paraId="32FA87ED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Megajánlott szakember neve</w:t>
            </w:r>
          </w:p>
        </w:tc>
        <w:tc>
          <w:tcPr>
            <w:tcW w:w="4816" w:type="dxa"/>
            <w:vAlign w:val="center"/>
          </w:tcPr>
          <w:p w14:paraId="503D56BA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23031C0C" w14:textId="77777777">
        <w:trPr>
          <w:jc w:val="center"/>
        </w:trPr>
        <w:tc>
          <w:tcPr>
            <w:tcW w:w="4816" w:type="dxa"/>
            <w:vAlign w:val="center"/>
          </w:tcPr>
          <w:p w14:paraId="7ABE9DE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Kamarai nyilvántartási szám (ha van)</w:t>
            </w:r>
          </w:p>
        </w:tc>
        <w:tc>
          <w:tcPr>
            <w:tcW w:w="4816" w:type="dxa"/>
            <w:vAlign w:val="center"/>
          </w:tcPr>
          <w:p w14:paraId="7DBBA703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7C0D6EDF" w14:textId="77777777">
        <w:trPr>
          <w:jc w:val="center"/>
        </w:trPr>
        <w:tc>
          <w:tcPr>
            <w:tcW w:w="4816" w:type="dxa"/>
            <w:vAlign w:val="center"/>
          </w:tcPr>
          <w:p w14:paraId="4957B8DF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Jogosultság megnevezése / vagy végzettség és gyakorlat</w:t>
            </w:r>
          </w:p>
        </w:tc>
        <w:tc>
          <w:tcPr>
            <w:tcW w:w="4816" w:type="dxa"/>
            <w:vAlign w:val="center"/>
          </w:tcPr>
          <w:p w14:paraId="455C2BE9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7CB26B95" w14:textId="77777777">
        <w:trPr>
          <w:jc w:val="center"/>
        </w:trPr>
        <w:tc>
          <w:tcPr>
            <w:tcW w:w="4816" w:type="dxa"/>
            <w:vAlign w:val="center"/>
          </w:tcPr>
          <w:p w14:paraId="2A634A1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lastRenderedPageBreak/>
              <w:t>Szakember munkáltatója ajánlattételkor</w:t>
            </w:r>
          </w:p>
        </w:tc>
        <w:tc>
          <w:tcPr>
            <w:tcW w:w="4816" w:type="dxa"/>
            <w:vAlign w:val="center"/>
          </w:tcPr>
          <w:p w14:paraId="3E1D14C4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</w:tbl>
    <w:p w14:paraId="63D61ECD" w14:textId="77777777" w:rsidR="004B37CC" w:rsidRPr="002C2456" w:rsidRDefault="00826717" w:rsidP="00C21DE5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Nyilatkozom, hogy a megjelölt szakembereket nyertességünk esetén bevonjuk a teljesítésbe. Egy szakember több követelményhez való megjelölése esetén az egyes követelményeknek külön-külön megfelel.</w:t>
      </w:r>
    </w:p>
    <w:p w14:paraId="0A7E5DB5" w14:textId="77777777" w:rsidR="00C21DE5" w:rsidRDefault="00C21DE5" w:rsidP="00C21DE5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Kelt: [hely], [év] [hó] [nap]</w:t>
      </w:r>
    </w:p>
    <w:p w14:paraId="2CDDA094" w14:textId="77777777" w:rsidR="00C21DE5" w:rsidRPr="002C2456" w:rsidRDefault="00C21DE5" w:rsidP="00C21DE5">
      <w:pPr>
        <w:rPr>
          <w:rFonts w:ascii="Cambria" w:hAnsi="Cambria"/>
          <w:sz w:val="24"/>
          <w:szCs w:val="24"/>
        </w:rPr>
      </w:pPr>
    </w:p>
    <w:p w14:paraId="4D660D9B" w14:textId="77777777" w:rsidR="00C21DE5" w:rsidRDefault="00C21DE5" w:rsidP="00C21DE5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........................................................</w:t>
      </w:r>
    </w:p>
    <w:p w14:paraId="5F24C3DB" w14:textId="77777777" w:rsidR="00C21DE5" w:rsidRPr="002C2456" w:rsidRDefault="00C21DE5" w:rsidP="00C21DE5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Ajánlattevő cégszerű aláírása</w:t>
      </w:r>
    </w:p>
    <w:p w14:paraId="531E3698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br w:type="page"/>
      </w:r>
    </w:p>
    <w:p w14:paraId="49213731" w14:textId="77777777" w:rsidR="004B37CC" w:rsidRPr="002C2456" w:rsidRDefault="00826717" w:rsidP="00C21DE5">
      <w:pPr>
        <w:pStyle w:val="Cmsor1"/>
        <w:jc w:val="right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lastRenderedPageBreak/>
        <w:t>5. számú nyilatkozatminta</w:t>
      </w:r>
    </w:p>
    <w:p w14:paraId="1A4F21B4" w14:textId="17BDE9C6" w:rsidR="004B37CC" w:rsidRPr="002C2456" w:rsidRDefault="00826717" w:rsidP="00C21DE5">
      <w:pPr>
        <w:pStyle w:val="Cmsor2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SZAKMAI ÖNÉLETRAJZ ÉS SZAKEMBERI NYILATKOZAT</w:t>
      </w:r>
      <w:r w:rsidR="00C21DE5">
        <w:rPr>
          <w:rStyle w:val="Lbjegyzet-hivatkozs"/>
          <w:rFonts w:ascii="Cambria" w:hAnsi="Cambria"/>
          <w:sz w:val="24"/>
          <w:szCs w:val="24"/>
        </w:rPr>
        <w:footnoteReference w:id="1"/>
      </w:r>
    </w:p>
    <w:p w14:paraId="68CCB421" w14:textId="0FA067E1" w:rsidR="004B37CC" w:rsidRPr="002C2456" w:rsidRDefault="004B37CC" w:rsidP="00C21DE5">
      <w:pPr>
        <w:jc w:val="center"/>
        <w:rPr>
          <w:rFonts w:ascii="Cambria" w:hAnsi="Cambria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4B37CC" w:rsidRPr="002C2456" w14:paraId="74B2E8B6" w14:textId="77777777">
        <w:trPr>
          <w:jc w:val="center"/>
        </w:trPr>
        <w:tc>
          <w:tcPr>
            <w:tcW w:w="4816" w:type="dxa"/>
            <w:vAlign w:val="center"/>
          </w:tcPr>
          <w:p w14:paraId="1027499B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Szakember neve</w:t>
            </w:r>
          </w:p>
        </w:tc>
        <w:tc>
          <w:tcPr>
            <w:tcW w:w="4816" w:type="dxa"/>
            <w:vAlign w:val="center"/>
          </w:tcPr>
          <w:p w14:paraId="4E3F7D33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3844D416" w14:textId="77777777">
        <w:trPr>
          <w:jc w:val="center"/>
        </w:trPr>
        <w:tc>
          <w:tcPr>
            <w:tcW w:w="4816" w:type="dxa"/>
            <w:vAlign w:val="center"/>
          </w:tcPr>
          <w:p w14:paraId="0E96907F" w14:textId="35570A11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Igazolni kívánt követelmény(</w:t>
            </w:r>
            <w:proofErr w:type="spellStart"/>
            <w:r w:rsidRPr="002C2456">
              <w:rPr>
                <w:rFonts w:ascii="Cambria" w:hAnsi="Cambria"/>
                <w:sz w:val="24"/>
                <w:szCs w:val="24"/>
              </w:rPr>
              <w:t>ek</w:t>
            </w:r>
            <w:proofErr w:type="spellEnd"/>
            <w:r w:rsidRPr="002C2456">
              <w:rPr>
                <w:rFonts w:ascii="Cambria" w:hAnsi="Cambria"/>
                <w:sz w:val="24"/>
                <w:szCs w:val="24"/>
              </w:rPr>
              <w:t>)</w:t>
            </w:r>
            <w:r w:rsidR="00023B7C">
              <w:rPr>
                <w:rStyle w:val="Lbjegyzet-hivatkozs"/>
                <w:rFonts w:ascii="Cambria" w:hAnsi="Cambria"/>
                <w:sz w:val="24"/>
                <w:szCs w:val="24"/>
              </w:rPr>
              <w:footnoteReference w:id="2"/>
            </w:r>
          </w:p>
        </w:tc>
        <w:tc>
          <w:tcPr>
            <w:tcW w:w="4816" w:type="dxa"/>
            <w:vAlign w:val="center"/>
          </w:tcPr>
          <w:p w14:paraId="41320DB6" w14:textId="34F65715" w:rsidR="004B37CC" w:rsidRPr="002C2456" w:rsidRDefault="00023B7C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30938335" w14:textId="77777777">
        <w:trPr>
          <w:jc w:val="center"/>
        </w:trPr>
        <w:tc>
          <w:tcPr>
            <w:tcW w:w="4816" w:type="dxa"/>
            <w:vAlign w:val="center"/>
          </w:tcPr>
          <w:p w14:paraId="43892915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Végzettség, intézmény, megszerzés éve</w:t>
            </w:r>
          </w:p>
        </w:tc>
        <w:tc>
          <w:tcPr>
            <w:tcW w:w="4816" w:type="dxa"/>
            <w:vAlign w:val="center"/>
          </w:tcPr>
          <w:p w14:paraId="7FF9E357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3C1DE806" w14:textId="77777777">
        <w:trPr>
          <w:jc w:val="center"/>
        </w:trPr>
        <w:tc>
          <w:tcPr>
            <w:tcW w:w="4816" w:type="dxa"/>
            <w:vAlign w:val="center"/>
          </w:tcPr>
          <w:p w14:paraId="261D52CF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Kamarai szám, jogosultság, első megszerzés időpontja</w:t>
            </w:r>
          </w:p>
        </w:tc>
        <w:tc>
          <w:tcPr>
            <w:tcW w:w="4816" w:type="dxa"/>
            <w:vAlign w:val="center"/>
          </w:tcPr>
          <w:p w14:paraId="4DFE9EC6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4D6C144F" w14:textId="77777777">
        <w:trPr>
          <w:jc w:val="center"/>
        </w:trPr>
        <w:tc>
          <w:tcPr>
            <w:tcW w:w="4816" w:type="dxa"/>
            <w:vAlign w:val="center"/>
          </w:tcPr>
          <w:p w14:paraId="625AFCB4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Munkáltató az ajánlattételi határidőben</w:t>
            </w:r>
          </w:p>
        </w:tc>
        <w:tc>
          <w:tcPr>
            <w:tcW w:w="4816" w:type="dxa"/>
            <w:vAlign w:val="center"/>
          </w:tcPr>
          <w:p w14:paraId="579D6D04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</w:tbl>
    <w:p w14:paraId="2A40185B" w14:textId="77777777" w:rsidR="00023B7C" w:rsidRDefault="00023B7C">
      <w:pPr>
        <w:rPr>
          <w:rFonts w:ascii="Cambria" w:hAnsi="Cambria"/>
          <w:sz w:val="24"/>
          <w:szCs w:val="24"/>
        </w:rPr>
      </w:pPr>
    </w:p>
    <w:p w14:paraId="4653FD14" w14:textId="7972B795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 szakmai tapasztalat részletezése</w:t>
      </w:r>
      <w:r w:rsidR="00F41EDA">
        <w:rPr>
          <w:rStyle w:val="Lbjegyzet-hivatkozs"/>
          <w:rFonts w:ascii="Cambria" w:hAnsi="Cambria"/>
          <w:sz w:val="24"/>
          <w:szCs w:val="24"/>
        </w:rPr>
        <w:footnoteReference w:id="3"/>
      </w:r>
      <w:r w:rsidRPr="002C2456">
        <w:rPr>
          <w:rFonts w:ascii="Cambria" w:hAnsi="Cambria"/>
          <w:sz w:val="24"/>
          <w:szCs w:val="24"/>
        </w:rPr>
        <w:t xml:space="preserve"> – szükség szerint további sorokkal</w:t>
      </w:r>
      <w:r w:rsidR="00023B7C">
        <w:rPr>
          <w:rFonts w:ascii="Cambria" w:hAnsi="Cambria"/>
          <w:sz w:val="24"/>
          <w:szCs w:val="24"/>
        </w:rPr>
        <w:t xml:space="preserve"> bővíth</w:t>
      </w:r>
      <w:r w:rsidR="00F41EDA">
        <w:rPr>
          <w:rFonts w:ascii="Cambria" w:hAnsi="Cambria"/>
          <w:sz w:val="24"/>
          <w:szCs w:val="24"/>
        </w:rPr>
        <w:t>e</w:t>
      </w:r>
      <w:r w:rsidR="00023B7C">
        <w:rPr>
          <w:rFonts w:ascii="Cambria" w:hAnsi="Cambria"/>
          <w:sz w:val="24"/>
          <w:szCs w:val="24"/>
        </w:rPr>
        <w:t>tő</w:t>
      </w:r>
      <w:r w:rsidRPr="002C2456">
        <w:rPr>
          <w:rFonts w:ascii="Cambria" w:hAnsi="Cambria"/>
          <w:sz w:val="24"/>
          <w:szCs w:val="24"/>
        </w:rPr>
        <w:t>:</w:t>
      </w:r>
    </w:p>
    <w:p w14:paraId="1F20D510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1. Projekt / feladat: [...................]; szervezet / megrendelő: [...................]; betöltött szerep és saját feladat: [...................]; kezdete: [év/hó]; vége: [év/hó].</w:t>
      </w:r>
    </w:p>
    <w:p w14:paraId="499A96C3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2. Projekt / feladat: [...................]; szervezet / megrendelő: [...................]; betöltött szerep és saját feladat: [...................]; kezdete: [év/hó]; vége: [év/hó].</w:t>
      </w:r>
    </w:p>
    <w:p w14:paraId="4A968969" w14:textId="77777777" w:rsidR="004B37CC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3. Projekt / feladat: [...................]; szervezet / megrendelő: [...................]; betöltött szerep és saját feladat: [...................]; kezdete: [év/hó]; vége: [év/hó].</w:t>
      </w:r>
    </w:p>
    <w:p w14:paraId="362C61A9" w14:textId="77777777" w:rsidR="00F41EDA" w:rsidRPr="002C2456" w:rsidRDefault="00F41EDA">
      <w:pPr>
        <w:rPr>
          <w:rFonts w:ascii="Cambria" w:hAnsi="Cambria"/>
          <w:sz w:val="24"/>
          <w:szCs w:val="24"/>
        </w:rPr>
      </w:pPr>
    </w:p>
    <w:p w14:paraId="0C22616E" w14:textId="750D56CE" w:rsidR="004B37CC" w:rsidRPr="002C2456" w:rsidRDefault="00826717" w:rsidP="00F41EDA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Alulírott </w:t>
      </w:r>
      <w:r w:rsidR="00F41EDA" w:rsidRPr="002C2456">
        <w:rPr>
          <w:rFonts w:ascii="Cambria" w:hAnsi="Cambria"/>
          <w:sz w:val="24"/>
          <w:szCs w:val="24"/>
        </w:rPr>
        <w:t>[...................]</w:t>
      </w:r>
      <w:r w:rsidR="00F41EDA">
        <w:rPr>
          <w:rFonts w:ascii="Cambria" w:hAnsi="Cambria"/>
          <w:sz w:val="24"/>
          <w:szCs w:val="24"/>
        </w:rPr>
        <w:t xml:space="preserve"> </w:t>
      </w:r>
      <w:r w:rsidRPr="002C2456">
        <w:rPr>
          <w:rFonts w:ascii="Cambria" w:hAnsi="Cambria"/>
          <w:sz w:val="24"/>
          <w:szCs w:val="24"/>
        </w:rPr>
        <w:t>kijelentem, hogy az önéletrajzban közölt adatok valósak. Az ajánlattevő nyertessége esetén a megjelölt pozícióban a szerződés teljesítésében részt veszek, ahhoz rendelkezésre állok, és a pozíciónak megfelelő szakmagyakorlási jogosultsággal a szerződés teljes időtartama alatt rendelkezni fogok.</w:t>
      </w:r>
    </w:p>
    <w:p w14:paraId="1E007C19" w14:textId="77777777" w:rsidR="004B37CC" w:rsidRPr="002C2456" w:rsidRDefault="00826717" w:rsidP="00F41EDA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Az időben párhuzamos szakmai gyakorlatokat ugyanazon időtartamra nem számítottam többszörösen.</w:t>
      </w:r>
    </w:p>
    <w:p w14:paraId="3BEA6AB2" w14:textId="77777777" w:rsidR="00F41EDA" w:rsidRDefault="00F41EDA">
      <w:pPr>
        <w:rPr>
          <w:rFonts w:ascii="Cambria" w:hAnsi="Cambria"/>
          <w:sz w:val="24"/>
          <w:szCs w:val="24"/>
        </w:rPr>
      </w:pPr>
    </w:p>
    <w:p w14:paraId="13A59B55" w14:textId="44F9BD92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Kelt: [hely], [év] [hó] [nap]</w:t>
      </w:r>
    </w:p>
    <w:p w14:paraId="616D9BAA" w14:textId="77777777" w:rsidR="00F41EDA" w:rsidRDefault="00826717" w:rsidP="00F41EDA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........................................................</w:t>
      </w:r>
    </w:p>
    <w:p w14:paraId="5344D3F6" w14:textId="6E0C1AD0" w:rsidR="004B37CC" w:rsidRPr="002C2456" w:rsidRDefault="00826717" w:rsidP="00F41EDA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Szakember saját kezű aláírása</w:t>
      </w:r>
    </w:p>
    <w:p w14:paraId="642EFB7C" w14:textId="77777777" w:rsidR="00F41EDA" w:rsidRDefault="00F41EDA">
      <w:pPr>
        <w:rPr>
          <w:rFonts w:ascii="Cambria" w:hAnsi="Cambria"/>
          <w:sz w:val="24"/>
          <w:szCs w:val="24"/>
        </w:rPr>
      </w:pPr>
    </w:p>
    <w:p w14:paraId="799DBA41" w14:textId="77777777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br w:type="page"/>
      </w:r>
    </w:p>
    <w:p w14:paraId="32FF3824" w14:textId="77777777" w:rsidR="004B37CC" w:rsidRPr="002C2456" w:rsidRDefault="00826717" w:rsidP="00F41EDA">
      <w:pPr>
        <w:pStyle w:val="Cmsor1"/>
        <w:jc w:val="right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lastRenderedPageBreak/>
        <w:t>6. számú nyilatkozatminta</w:t>
      </w:r>
    </w:p>
    <w:p w14:paraId="04197F8B" w14:textId="77777777" w:rsidR="004B37CC" w:rsidRPr="002C2456" w:rsidRDefault="00826717" w:rsidP="00F41EDA">
      <w:pPr>
        <w:pStyle w:val="Cmsor2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REFERENCIANYILATKOZAT</w:t>
      </w:r>
    </w:p>
    <w:p w14:paraId="01F81C89" w14:textId="77777777" w:rsidR="00F41EDA" w:rsidRDefault="00F41EDA">
      <w:pPr>
        <w:rPr>
          <w:rFonts w:ascii="Cambria" w:hAnsi="Cambria"/>
          <w:sz w:val="24"/>
          <w:szCs w:val="24"/>
        </w:rPr>
      </w:pPr>
    </w:p>
    <w:p w14:paraId="24FF2225" w14:textId="77777777" w:rsidR="00F41EDA" w:rsidRPr="002C2456" w:rsidRDefault="00F41EDA" w:rsidP="00F41EDA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Ajánlattevő neve: </w:t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6ACD9E3C" w14:textId="77777777" w:rsidR="00F41EDA" w:rsidRPr="002C2456" w:rsidRDefault="00F41EDA" w:rsidP="00F41EDA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Székhelye: </w:t>
      </w:r>
      <w:r w:rsidRP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6D3C57DC" w14:textId="77777777" w:rsidR="00F41EDA" w:rsidRPr="002C2456" w:rsidRDefault="00F41EDA" w:rsidP="00F41EDA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Kapcsolattartó személy, telefon, e-mail:</w:t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</w:t>
      </w:r>
      <w:r>
        <w:rPr>
          <w:rFonts w:ascii="Cambria" w:hAnsi="Cambria"/>
          <w:sz w:val="24"/>
          <w:szCs w:val="24"/>
        </w:rPr>
        <w:t>........</w:t>
      </w:r>
      <w:r w:rsidRPr="002C2456">
        <w:rPr>
          <w:rFonts w:ascii="Cambria" w:hAnsi="Cambria"/>
          <w:sz w:val="24"/>
          <w:szCs w:val="24"/>
        </w:rPr>
        <w:t>......]</w:t>
      </w:r>
    </w:p>
    <w:p w14:paraId="3F037AB3" w14:textId="77777777" w:rsidR="00F41EDA" w:rsidRDefault="00F41EDA" w:rsidP="00F41EDA">
      <w:pPr>
        <w:rPr>
          <w:rFonts w:ascii="Cambria" w:hAnsi="Cambria"/>
          <w:sz w:val="24"/>
          <w:szCs w:val="24"/>
        </w:rPr>
      </w:pPr>
    </w:p>
    <w:p w14:paraId="0386EE89" w14:textId="77777777" w:rsidR="00F41EDA" w:rsidRDefault="00F41EDA" w:rsidP="00F41EDA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Alulírott </w:t>
      </w:r>
      <w:proofErr w:type="gramStart"/>
      <w:r>
        <w:rPr>
          <w:rFonts w:ascii="Cambria" w:hAnsi="Cambria"/>
          <w:sz w:val="24"/>
          <w:szCs w:val="24"/>
        </w:rPr>
        <w:t>[….</w:t>
      </w:r>
      <w:proofErr w:type="gramEnd"/>
      <w:r>
        <w:rPr>
          <w:rFonts w:ascii="Cambria" w:hAnsi="Cambria"/>
          <w:sz w:val="24"/>
          <w:szCs w:val="24"/>
        </w:rPr>
        <w:t xml:space="preserve">], az […] </w:t>
      </w:r>
      <w:r w:rsidRPr="002C2456">
        <w:rPr>
          <w:rFonts w:ascii="Cambria" w:hAnsi="Cambria"/>
          <w:sz w:val="24"/>
          <w:szCs w:val="24"/>
        </w:rPr>
        <w:t>ajánlattevő</w:t>
      </w:r>
      <w:r>
        <w:rPr>
          <w:rFonts w:ascii="Cambria" w:hAnsi="Cambria"/>
          <w:sz w:val="24"/>
          <w:szCs w:val="24"/>
        </w:rPr>
        <w:t xml:space="preserve"> nevében és képviseletében a</w:t>
      </w:r>
      <w:r w:rsidRPr="002C2456">
        <w:rPr>
          <w:rFonts w:ascii="Cambria" w:hAnsi="Cambria"/>
          <w:sz w:val="24"/>
          <w:szCs w:val="24"/>
        </w:rPr>
        <w:t xml:space="preserve"> </w:t>
      </w:r>
      <w:r w:rsidRPr="002C2456">
        <w:rPr>
          <w:rFonts w:ascii="Cambria" w:hAnsi="Cambria"/>
          <w:b/>
          <w:bCs/>
          <w:sz w:val="24"/>
          <w:szCs w:val="24"/>
        </w:rPr>
        <w:t>Diósd Város Önkormányzata</w:t>
      </w:r>
      <w:r w:rsidRPr="002C2456">
        <w:rPr>
          <w:rFonts w:ascii="Cambria" w:hAnsi="Cambria"/>
          <w:sz w:val="24"/>
          <w:szCs w:val="24"/>
        </w:rPr>
        <w:t xml:space="preserve"> (2049 Diósd, Szent István tér 1.) mint ajánlatkérő által indított „</w:t>
      </w:r>
      <w:r w:rsidRPr="002C2456">
        <w:rPr>
          <w:rFonts w:ascii="Cambria" w:hAnsi="Cambria"/>
          <w:b/>
          <w:bCs/>
          <w:sz w:val="24"/>
          <w:szCs w:val="24"/>
        </w:rPr>
        <w:t>Diósd Város településtervének (fejlesztési és rendezési terv) újraalkotása2026</w:t>
      </w:r>
      <w:r w:rsidRPr="002C2456">
        <w:rPr>
          <w:rFonts w:ascii="Cambria" w:hAnsi="Cambria"/>
          <w:sz w:val="24"/>
          <w:szCs w:val="24"/>
        </w:rPr>
        <w:t xml:space="preserve">” tárgyú beszerzési eljárásában </w:t>
      </w:r>
    </w:p>
    <w:p w14:paraId="6A79B883" w14:textId="77777777" w:rsidR="00F41EDA" w:rsidRDefault="00F41EDA" w:rsidP="00F41EDA">
      <w:pPr>
        <w:jc w:val="center"/>
        <w:rPr>
          <w:rFonts w:ascii="Cambria" w:hAnsi="Cambria"/>
          <w:b/>
          <w:bCs/>
          <w:sz w:val="24"/>
          <w:szCs w:val="24"/>
        </w:rPr>
      </w:pPr>
      <w:r w:rsidRPr="00490E8F">
        <w:rPr>
          <w:rFonts w:ascii="Cambria" w:hAnsi="Cambria"/>
          <w:b/>
          <w:bCs/>
          <w:sz w:val="24"/>
          <w:szCs w:val="24"/>
        </w:rPr>
        <w:t>nyilatkozom,</w:t>
      </w:r>
    </w:p>
    <w:p w14:paraId="006D78B0" w14:textId="77777777" w:rsidR="00F41EDA" w:rsidRDefault="00F41EDA">
      <w:pPr>
        <w:rPr>
          <w:rFonts w:ascii="Cambria" w:hAnsi="Cambria"/>
          <w:sz w:val="24"/>
          <w:szCs w:val="24"/>
        </w:rPr>
      </w:pPr>
    </w:p>
    <w:p w14:paraId="4B4406ED" w14:textId="490E3B17" w:rsidR="004B37CC" w:rsidRPr="002C2456" w:rsidRDefault="00F41EDA" w:rsidP="009431E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hogy a </w:t>
      </w:r>
      <w:r w:rsidR="00826717" w:rsidRPr="002C2456">
        <w:rPr>
          <w:rFonts w:ascii="Cambria" w:hAnsi="Cambria"/>
          <w:sz w:val="24"/>
          <w:szCs w:val="24"/>
        </w:rPr>
        <w:t>felhívás M/2. követelménye alapján</w:t>
      </w:r>
      <w:r w:rsidR="006F75DD" w:rsidRPr="006F75DD">
        <w:rPr>
          <w:rFonts w:ascii="Cambria" w:hAnsi="Cambria"/>
          <w:sz w:val="24"/>
          <w:szCs w:val="24"/>
        </w:rPr>
        <w:t xml:space="preserve"> </w:t>
      </w:r>
      <w:r w:rsidR="006F75DD" w:rsidRPr="00745E7B">
        <w:rPr>
          <w:rFonts w:ascii="Cambria" w:hAnsi="Cambria"/>
          <w:sz w:val="24"/>
          <w:szCs w:val="24"/>
        </w:rPr>
        <w:t>a</w:t>
      </w:r>
      <w:r w:rsidR="006F75DD">
        <w:rPr>
          <w:rFonts w:ascii="Cambria" w:hAnsi="Cambria"/>
          <w:sz w:val="24"/>
          <w:szCs w:val="24"/>
        </w:rPr>
        <w:t xml:space="preserve">z ajánlattételi </w:t>
      </w:r>
      <w:r w:rsidR="006F75DD" w:rsidRPr="00745E7B">
        <w:rPr>
          <w:rFonts w:ascii="Cambria" w:hAnsi="Cambria"/>
          <w:sz w:val="24"/>
          <w:szCs w:val="24"/>
        </w:rPr>
        <w:t>felhívás kiküldésének napjától visszafelé számított 5 éven belül</w:t>
      </w:r>
      <w:r w:rsidR="006F75DD">
        <w:rPr>
          <w:rFonts w:ascii="Cambria" w:hAnsi="Cambria"/>
          <w:sz w:val="24"/>
          <w:szCs w:val="24"/>
        </w:rPr>
        <w:t xml:space="preserve"> teljesített</w:t>
      </w:r>
      <w:r w:rsidR="006F75DD" w:rsidRPr="00745E7B">
        <w:rPr>
          <w:rFonts w:ascii="Cambria" w:hAnsi="Cambria"/>
          <w:sz w:val="24"/>
          <w:szCs w:val="24"/>
        </w:rPr>
        <w:t xml:space="preserve"> befejezett szolgáltatásai</w:t>
      </w:r>
      <w:r w:rsidR="009431EB">
        <w:rPr>
          <w:rFonts w:ascii="Cambria" w:hAnsi="Cambria"/>
          <w:sz w:val="24"/>
          <w:szCs w:val="24"/>
        </w:rPr>
        <w:t>m az alábbiak: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812"/>
        <w:gridCol w:w="4810"/>
      </w:tblGrid>
      <w:tr w:rsidR="004B37CC" w:rsidRPr="002C2456" w14:paraId="07BE8502" w14:textId="77777777">
        <w:trPr>
          <w:jc w:val="center"/>
        </w:trPr>
        <w:tc>
          <w:tcPr>
            <w:tcW w:w="4816" w:type="dxa"/>
            <w:vAlign w:val="center"/>
          </w:tcPr>
          <w:p w14:paraId="0BCA966E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Szerződést kötő másik fél neve és székhelye</w:t>
            </w:r>
          </w:p>
        </w:tc>
        <w:tc>
          <w:tcPr>
            <w:tcW w:w="4816" w:type="dxa"/>
            <w:vAlign w:val="center"/>
          </w:tcPr>
          <w:p w14:paraId="75F9B5C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19F6C2FD" w14:textId="77777777">
        <w:trPr>
          <w:jc w:val="center"/>
        </w:trPr>
        <w:tc>
          <w:tcPr>
            <w:tcW w:w="4816" w:type="dxa"/>
            <w:vAlign w:val="center"/>
          </w:tcPr>
          <w:p w14:paraId="330153C0" w14:textId="70E6EF27" w:rsidR="004B37CC" w:rsidRPr="002C2456" w:rsidRDefault="00826717" w:rsidP="009E1407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Szolgáltatás pontos tárgya</w:t>
            </w:r>
            <w:r w:rsidR="009E1407">
              <w:t xml:space="preserve"> </w:t>
            </w:r>
            <w:r w:rsidR="009E1407" w:rsidRPr="009E1407">
              <w:rPr>
                <w:rFonts w:ascii="Cambria" w:hAnsi="Cambria"/>
                <w:sz w:val="24"/>
                <w:szCs w:val="24"/>
              </w:rPr>
              <w:t>és mennyiség</w:t>
            </w:r>
            <w:r w:rsidR="009E1407">
              <w:rPr>
                <w:rFonts w:ascii="Cambria" w:hAnsi="Cambria"/>
                <w:sz w:val="24"/>
                <w:szCs w:val="24"/>
              </w:rPr>
              <w:t>e</w:t>
            </w:r>
            <w:r w:rsidR="009E1407" w:rsidRPr="009E1407">
              <w:rPr>
                <w:rFonts w:ascii="Cambria" w:hAnsi="Cambria"/>
                <w:sz w:val="24"/>
                <w:szCs w:val="24"/>
              </w:rPr>
              <w:t xml:space="preserve"> olyan részletességgel, hogy abból az alkalmassági minimumkövetelménynek való megfelelés kétséget kizárólag megállapítható legyen.</w:t>
            </w:r>
          </w:p>
        </w:tc>
        <w:tc>
          <w:tcPr>
            <w:tcW w:w="4816" w:type="dxa"/>
            <w:vAlign w:val="center"/>
          </w:tcPr>
          <w:p w14:paraId="54F6C52A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61CD3B40" w14:textId="77777777">
        <w:trPr>
          <w:jc w:val="center"/>
        </w:trPr>
        <w:tc>
          <w:tcPr>
            <w:tcW w:w="4816" w:type="dxa"/>
            <w:vAlign w:val="center"/>
          </w:tcPr>
          <w:p w14:paraId="31B3BB94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Teljesítés helye / érintett település</w:t>
            </w:r>
          </w:p>
        </w:tc>
        <w:tc>
          <w:tcPr>
            <w:tcW w:w="4816" w:type="dxa"/>
            <w:vAlign w:val="center"/>
          </w:tcPr>
          <w:p w14:paraId="572FDA0E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663478A7" w14:textId="77777777">
        <w:trPr>
          <w:jc w:val="center"/>
        </w:trPr>
        <w:tc>
          <w:tcPr>
            <w:tcW w:w="4816" w:type="dxa"/>
            <w:vAlign w:val="center"/>
          </w:tcPr>
          <w:p w14:paraId="1967033C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Teljesítés kezdése (év/hó/nap)</w:t>
            </w:r>
          </w:p>
        </w:tc>
        <w:tc>
          <w:tcPr>
            <w:tcW w:w="4816" w:type="dxa"/>
            <w:vAlign w:val="center"/>
          </w:tcPr>
          <w:p w14:paraId="1FF3C760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3824E16B" w14:textId="77777777">
        <w:trPr>
          <w:jc w:val="center"/>
        </w:trPr>
        <w:tc>
          <w:tcPr>
            <w:tcW w:w="4816" w:type="dxa"/>
            <w:vAlign w:val="center"/>
          </w:tcPr>
          <w:p w14:paraId="06058327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Teljesítés befejezése (év/hó/nap)</w:t>
            </w:r>
          </w:p>
        </w:tc>
        <w:tc>
          <w:tcPr>
            <w:tcW w:w="4816" w:type="dxa"/>
            <w:vAlign w:val="center"/>
          </w:tcPr>
          <w:p w14:paraId="1C851289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08011A26" w14:textId="77777777">
        <w:trPr>
          <w:jc w:val="center"/>
        </w:trPr>
        <w:tc>
          <w:tcPr>
            <w:tcW w:w="4816" w:type="dxa"/>
            <w:vAlign w:val="center"/>
          </w:tcPr>
          <w:p w14:paraId="79E8A2EE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Közös teljesítés esetén az ajánlattevő saját munkarésze és aránya</w:t>
            </w:r>
          </w:p>
        </w:tc>
        <w:tc>
          <w:tcPr>
            <w:tcW w:w="4816" w:type="dxa"/>
            <w:vAlign w:val="center"/>
          </w:tcPr>
          <w:p w14:paraId="6CBF753A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[........................................]</w:t>
            </w:r>
          </w:p>
        </w:tc>
      </w:tr>
      <w:tr w:rsidR="004B37CC" w:rsidRPr="002C2456" w14:paraId="6D756F91" w14:textId="77777777">
        <w:trPr>
          <w:jc w:val="center"/>
        </w:trPr>
        <w:tc>
          <w:tcPr>
            <w:tcW w:w="4816" w:type="dxa"/>
            <w:vAlign w:val="center"/>
          </w:tcPr>
          <w:p w14:paraId="2D54E2D2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Teljesítés a szerződésnek és előírásoknak megfelelően történt?</w:t>
            </w:r>
          </w:p>
        </w:tc>
        <w:tc>
          <w:tcPr>
            <w:tcW w:w="4816" w:type="dxa"/>
            <w:vAlign w:val="center"/>
          </w:tcPr>
          <w:p w14:paraId="2C8E62EA" w14:textId="77777777" w:rsidR="004B37CC" w:rsidRPr="002C2456" w:rsidRDefault="00826717">
            <w:pPr>
              <w:rPr>
                <w:rFonts w:ascii="Cambria" w:hAnsi="Cambria"/>
                <w:sz w:val="24"/>
                <w:szCs w:val="24"/>
              </w:rPr>
            </w:pPr>
            <w:r w:rsidRPr="002C2456">
              <w:rPr>
                <w:rFonts w:ascii="Cambria" w:hAnsi="Cambria"/>
                <w:sz w:val="24"/>
                <w:szCs w:val="24"/>
              </w:rPr>
              <w:t>[IGEN / NEM]</w:t>
            </w:r>
          </w:p>
        </w:tc>
      </w:tr>
    </w:tbl>
    <w:p w14:paraId="28B4EDC9" w14:textId="77777777" w:rsidR="005E37C7" w:rsidRDefault="005E37C7">
      <w:pPr>
        <w:rPr>
          <w:rFonts w:ascii="Cambria" w:hAnsi="Cambria"/>
          <w:sz w:val="24"/>
          <w:szCs w:val="24"/>
        </w:rPr>
      </w:pPr>
    </w:p>
    <w:p w14:paraId="4D45EF3B" w14:textId="0CD6D4F8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Nyilatkozom, hogy a fenti adatok a megjelölt referencia tekintetében valósak, és az ajánlattevő saját teljesítése megfelel az M/2. követelményben meghatározott szakmai tartalomnak.</w:t>
      </w:r>
    </w:p>
    <w:p w14:paraId="49280678" w14:textId="77777777" w:rsidR="005E37C7" w:rsidRPr="005E37C7" w:rsidRDefault="005E37C7" w:rsidP="005E37C7">
      <w:pPr>
        <w:rPr>
          <w:rFonts w:ascii="Cambria" w:hAnsi="Cambria"/>
          <w:sz w:val="24"/>
          <w:szCs w:val="24"/>
        </w:rPr>
      </w:pPr>
      <w:r w:rsidRPr="005E37C7">
        <w:rPr>
          <w:rFonts w:ascii="Cambria" w:hAnsi="Cambria"/>
          <w:sz w:val="24"/>
          <w:szCs w:val="24"/>
        </w:rPr>
        <w:t>Kelt: [hely], [év] [hó] [nap]</w:t>
      </w:r>
    </w:p>
    <w:p w14:paraId="1F8D083B" w14:textId="77777777" w:rsidR="005E37C7" w:rsidRPr="005E37C7" w:rsidRDefault="005E37C7" w:rsidP="005E37C7">
      <w:pPr>
        <w:rPr>
          <w:rFonts w:ascii="Cambria" w:hAnsi="Cambria"/>
          <w:sz w:val="24"/>
          <w:szCs w:val="24"/>
        </w:rPr>
      </w:pPr>
    </w:p>
    <w:p w14:paraId="008182B9" w14:textId="77777777" w:rsidR="005E37C7" w:rsidRPr="005E37C7" w:rsidRDefault="005E37C7" w:rsidP="005E37C7">
      <w:pPr>
        <w:jc w:val="center"/>
        <w:rPr>
          <w:rFonts w:ascii="Cambria" w:hAnsi="Cambria"/>
          <w:sz w:val="24"/>
          <w:szCs w:val="24"/>
        </w:rPr>
      </w:pPr>
      <w:r w:rsidRPr="005E37C7">
        <w:rPr>
          <w:rFonts w:ascii="Cambria" w:hAnsi="Cambria"/>
          <w:sz w:val="24"/>
          <w:szCs w:val="24"/>
        </w:rPr>
        <w:t>........................................................</w:t>
      </w:r>
    </w:p>
    <w:p w14:paraId="2776F9D9" w14:textId="0380AB08" w:rsidR="004B37CC" w:rsidRPr="002C2456" w:rsidRDefault="005E37C7" w:rsidP="005E37C7">
      <w:pPr>
        <w:jc w:val="center"/>
        <w:rPr>
          <w:rFonts w:ascii="Cambria" w:hAnsi="Cambria"/>
          <w:sz w:val="24"/>
          <w:szCs w:val="24"/>
        </w:rPr>
      </w:pPr>
      <w:r w:rsidRPr="005E37C7">
        <w:rPr>
          <w:rFonts w:ascii="Cambria" w:hAnsi="Cambria"/>
          <w:sz w:val="24"/>
          <w:szCs w:val="24"/>
        </w:rPr>
        <w:t>Ajánlattevő cégszerű aláírása</w:t>
      </w:r>
      <w:r w:rsidR="00826717" w:rsidRPr="002C2456">
        <w:rPr>
          <w:rFonts w:ascii="Cambria" w:hAnsi="Cambria"/>
          <w:sz w:val="24"/>
          <w:szCs w:val="24"/>
        </w:rPr>
        <w:br w:type="page"/>
      </w:r>
    </w:p>
    <w:p w14:paraId="1A5BB4E1" w14:textId="77777777" w:rsidR="004B37CC" w:rsidRPr="002C2456" w:rsidRDefault="00826717" w:rsidP="00A856A6">
      <w:pPr>
        <w:pStyle w:val="Cmsor1"/>
        <w:jc w:val="right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lastRenderedPageBreak/>
        <w:t>7. számú nyilatkozatminta</w:t>
      </w:r>
    </w:p>
    <w:p w14:paraId="4B36D44F" w14:textId="77777777" w:rsidR="004B37CC" w:rsidRPr="002C2456" w:rsidRDefault="00826717" w:rsidP="00A856A6">
      <w:pPr>
        <w:pStyle w:val="Cmsor2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NYILATKOZAT VÁLTOZÁSBEJEGYZÉSI ELJÁRÁSRÓL</w:t>
      </w:r>
    </w:p>
    <w:p w14:paraId="117BB9DC" w14:textId="77777777" w:rsidR="004B37CC" w:rsidRPr="002C2456" w:rsidRDefault="00826717" w:rsidP="00A856A6">
      <w:pPr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 felhívás 17. h) pontja alapján.</w:t>
      </w:r>
    </w:p>
    <w:p w14:paraId="1FFF9704" w14:textId="77777777" w:rsidR="00A856A6" w:rsidRDefault="00A856A6" w:rsidP="00A856A6">
      <w:pPr>
        <w:rPr>
          <w:rFonts w:ascii="Cambria" w:hAnsi="Cambria"/>
          <w:sz w:val="24"/>
          <w:szCs w:val="24"/>
        </w:rPr>
      </w:pPr>
    </w:p>
    <w:p w14:paraId="71245415" w14:textId="78278AAA" w:rsidR="00A856A6" w:rsidRPr="002C2456" w:rsidRDefault="00A856A6" w:rsidP="00A856A6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Ajánlattevő neve: </w:t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19BA9A66" w14:textId="77777777" w:rsidR="00A856A6" w:rsidRPr="002C2456" w:rsidRDefault="00A856A6" w:rsidP="00A856A6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Székhelye: </w:t>
      </w:r>
      <w:r w:rsidRPr="002C2456"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[........................................................]</w:t>
      </w:r>
    </w:p>
    <w:p w14:paraId="26C1FCC5" w14:textId="77777777" w:rsidR="00A856A6" w:rsidRPr="002C2456" w:rsidRDefault="00A856A6" w:rsidP="00A856A6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Kapcsolattartó személy, telefon, e-mail:</w:t>
      </w:r>
      <w:r>
        <w:rPr>
          <w:rFonts w:ascii="Cambria" w:hAnsi="Cambria"/>
          <w:sz w:val="24"/>
          <w:szCs w:val="24"/>
        </w:rPr>
        <w:tab/>
      </w:r>
      <w:r w:rsidRPr="002C2456">
        <w:rPr>
          <w:rFonts w:ascii="Cambria" w:hAnsi="Cambria"/>
          <w:sz w:val="24"/>
          <w:szCs w:val="24"/>
        </w:rPr>
        <w:t>[..........................................</w:t>
      </w:r>
      <w:r>
        <w:rPr>
          <w:rFonts w:ascii="Cambria" w:hAnsi="Cambria"/>
          <w:sz w:val="24"/>
          <w:szCs w:val="24"/>
        </w:rPr>
        <w:t>........</w:t>
      </w:r>
      <w:r w:rsidRPr="002C2456">
        <w:rPr>
          <w:rFonts w:ascii="Cambria" w:hAnsi="Cambria"/>
          <w:sz w:val="24"/>
          <w:szCs w:val="24"/>
        </w:rPr>
        <w:t>......]</w:t>
      </w:r>
    </w:p>
    <w:p w14:paraId="7B0AD081" w14:textId="77777777" w:rsidR="00A856A6" w:rsidRDefault="00A856A6" w:rsidP="00A856A6">
      <w:pPr>
        <w:rPr>
          <w:rFonts w:ascii="Cambria" w:hAnsi="Cambria"/>
          <w:sz w:val="24"/>
          <w:szCs w:val="24"/>
        </w:rPr>
      </w:pPr>
    </w:p>
    <w:p w14:paraId="68EDD4E1" w14:textId="77777777" w:rsidR="00A856A6" w:rsidRDefault="00A856A6" w:rsidP="00A856A6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 xml:space="preserve">Alulírott </w:t>
      </w:r>
      <w:proofErr w:type="gramStart"/>
      <w:r>
        <w:rPr>
          <w:rFonts w:ascii="Cambria" w:hAnsi="Cambria"/>
          <w:sz w:val="24"/>
          <w:szCs w:val="24"/>
        </w:rPr>
        <w:t>[….</w:t>
      </w:r>
      <w:proofErr w:type="gramEnd"/>
      <w:r>
        <w:rPr>
          <w:rFonts w:ascii="Cambria" w:hAnsi="Cambria"/>
          <w:sz w:val="24"/>
          <w:szCs w:val="24"/>
        </w:rPr>
        <w:t xml:space="preserve">], az […] </w:t>
      </w:r>
      <w:r w:rsidRPr="002C2456">
        <w:rPr>
          <w:rFonts w:ascii="Cambria" w:hAnsi="Cambria"/>
          <w:sz w:val="24"/>
          <w:szCs w:val="24"/>
        </w:rPr>
        <w:t>ajánlattevő</w:t>
      </w:r>
      <w:r>
        <w:rPr>
          <w:rFonts w:ascii="Cambria" w:hAnsi="Cambria"/>
          <w:sz w:val="24"/>
          <w:szCs w:val="24"/>
        </w:rPr>
        <w:t xml:space="preserve"> nevében és képviseletében a</w:t>
      </w:r>
      <w:r w:rsidRPr="002C2456">
        <w:rPr>
          <w:rFonts w:ascii="Cambria" w:hAnsi="Cambria"/>
          <w:sz w:val="24"/>
          <w:szCs w:val="24"/>
        </w:rPr>
        <w:t xml:space="preserve"> </w:t>
      </w:r>
      <w:r w:rsidRPr="002C2456">
        <w:rPr>
          <w:rFonts w:ascii="Cambria" w:hAnsi="Cambria"/>
          <w:b/>
          <w:bCs/>
          <w:sz w:val="24"/>
          <w:szCs w:val="24"/>
        </w:rPr>
        <w:t>Diósd Város Önkormányzata</w:t>
      </w:r>
      <w:r w:rsidRPr="002C2456">
        <w:rPr>
          <w:rFonts w:ascii="Cambria" w:hAnsi="Cambria"/>
          <w:sz w:val="24"/>
          <w:szCs w:val="24"/>
        </w:rPr>
        <w:t xml:space="preserve"> (2049 Diósd, Szent István tér 1.) mint ajánlatkérő által indított „</w:t>
      </w:r>
      <w:r w:rsidRPr="002C2456">
        <w:rPr>
          <w:rFonts w:ascii="Cambria" w:hAnsi="Cambria"/>
          <w:b/>
          <w:bCs/>
          <w:sz w:val="24"/>
          <w:szCs w:val="24"/>
        </w:rPr>
        <w:t>Diósd Város településtervének (fejlesztési és rendezési terv) újraalkotása2026</w:t>
      </w:r>
      <w:r w:rsidRPr="002C2456">
        <w:rPr>
          <w:rFonts w:ascii="Cambria" w:hAnsi="Cambria"/>
          <w:sz w:val="24"/>
          <w:szCs w:val="24"/>
        </w:rPr>
        <w:t xml:space="preserve">” tárgyú beszerzési eljárásában </w:t>
      </w:r>
    </w:p>
    <w:p w14:paraId="070CAADC" w14:textId="77777777" w:rsidR="00A856A6" w:rsidRDefault="00A856A6" w:rsidP="00A856A6">
      <w:pPr>
        <w:jc w:val="center"/>
        <w:rPr>
          <w:rFonts w:ascii="Cambria" w:hAnsi="Cambria"/>
          <w:b/>
          <w:bCs/>
          <w:sz w:val="24"/>
          <w:szCs w:val="24"/>
        </w:rPr>
      </w:pPr>
      <w:r w:rsidRPr="00490E8F">
        <w:rPr>
          <w:rFonts w:ascii="Cambria" w:hAnsi="Cambria"/>
          <w:b/>
          <w:bCs/>
          <w:sz w:val="24"/>
          <w:szCs w:val="24"/>
        </w:rPr>
        <w:t>nyilatkozom,</w:t>
      </w:r>
    </w:p>
    <w:p w14:paraId="0D734962" w14:textId="5477E0AC" w:rsidR="00A856A6" w:rsidRDefault="00A856A6" w:rsidP="00A856A6">
      <w:pPr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hogy társaságunkkal kapcsolatban változásbejegyzési eljárás</w:t>
      </w:r>
      <w:r>
        <w:rPr>
          <w:rStyle w:val="Lbjegyzet-hivatkozs"/>
          <w:rFonts w:ascii="Cambria" w:hAnsi="Cambria"/>
          <w:b/>
          <w:bCs/>
          <w:sz w:val="24"/>
          <w:szCs w:val="24"/>
        </w:rPr>
        <w:footnoteReference w:id="4"/>
      </w:r>
    </w:p>
    <w:p w14:paraId="3AB6A19C" w14:textId="0B62C334" w:rsidR="00A856A6" w:rsidRDefault="00826717" w:rsidP="00A856A6">
      <w:pPr>
        <w:jc w:val="center"/>
        <w:rPr>
          <w:rFonts w:ascii="Cambria" w:hAnsi="Cambria"/>
          <w:sz w:val="24"/>
          <w:szCs w:val="24"/>
        </w:rPr>
      </w:pPr>
      <w:r w:rsidRPr="002C2456">
        <w:rPr>
          <w:rFonts w:ascii="Segoe UI Symbol" w:hAnsi="Segoe UI Symbol" w:cs="Segoe UI Symbol"/>
          <w:sz w:val="24"/>
          <w:szCs w:val="24"/>
        </w:rPr>
        <w:t>☐</w:t>
      </w:r>
      <w:r w:rsidRPr="002C2456">
        <w:rPr>
          <w:rFonts w:ascii="Cambria" w:hAnsi="Cambria"/>
          <w:sz w:val="24"/>
          <w:szCs w:val="24"/>
        </w:rPr>
        <w:t xml:space="preserve"> NINCS folyamatban</w:t>
      </w:r>
    </w:p>
    <w:p w14:paraId="48D1F48F" w14:textId="66E75A16" w:rsidR="004B37CC" w:rsidRPr="002C2456" w:rsidRDefault="00826717" w:rsidP="00A856A6">
      <w:pPr>
        <w:jc w:val="center"/>
        <w:rPr>
          <w:rFonts w:ascii="Cambria" w:hAnsi="Cambria"/>
          <w:sz w:val="24"/>
          <w:szCs w:val="24"/>
        </w:rPr>
      </w:pPr>
      <w:r w:rsidRPr="002C2456">
        <w:rPr>
          <w:rFonts w:ascii="Segoe UI Symbol" w:hAnsi="Segoe UI Symbol" w:cs="Segoe UI Symbol"/>
          <w:sz w:val="24"/>
          <w:szCs w:val="24"/>
        </w:rPr>
        <w:t>☐</w:t>
      </w:r>
      <w:r w:rsidRPr="002C2456">
        <w:rPr>
          <w:rFonts w:ascii="Cambria" w:hAnsi="Cambria"/>
          <w:sz w:val="24"/>
          <w:szCs w:val="24"/>
        </w:rPr>
        <w:t xml:space="preserve"> FOLYAMATBAN VAN</w:t>
      </w:r>
    </w:p>
    <w:p w14:paraId="399FFF1F" w14:textId="77777777" w:rsidR="004B37CC" w:rsidRPr="002C2456" w:rsidRDefault="00826717" w:rsidP="00A856A6">
      <w:pPr>
        <w:jc w:val="both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Folyamatban lévő eljárás esetén az ajánlathoz csatoljuk a cégbírósághoz benyújtott változásbejegyzési kérelmet és a benyújtásról érkezett digitális tértivevényt.</w:t>
      </w:r>
    </w:p>
    <w:p w14:paraId="61980A6A" w14:textId="77777777" w:rsidR="00A856A6" w:rsidRDefault="00A856A6" w:rsidP="00A856A6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Kelt: [hely], [év] [hó] [nap]</w:t>
      </w:r>
    </w:p>
    <w:p w14:paraId="20D4762D" w14:textId="77777777" w:rsidR="00A856A6" w:rsidRPr="002C2456" w:rsidRDefault="00A856A6" w:rsidP="00A856A6">
      <w:pPr>
        <w:rPr>
          <w:rFonts w:ascii="Cambria" w:hAnsi="Cambria"/>
          <w:sz w:val="24"/>
          <w:szCs w:val="24"/>
        </w:rPr>
      </w:pPr>
    </w:p>
    <w:p w14:paraId="11C664E2" w14:textId="77777777" w:rsidR="00A856A6" w:rsidRDefault="00A856A6" w:rsidP="00A856A6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........................................................</w:t>
      </w:r>
    </w:p>
    <w:p w14:paraId="0318DEFD" w14:textId="77777777" w:rsidR="00A856A6" w:rsidRPr="002C2456" w:rsidRDefault="00A856A6" w:rsidP="00A856A6">
      <w:pPr>
        <w:ind w:left="2880" w:firstLine="720"/>
        <w:jc w:val="center"/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t>Ajánlattevő cégszerű aláírása</w:t>
      </w:r>
    </w:p>
    <w:p w14:paraId="29D46D58" w14:textId="7DB5495D" w:rsidR="00A856A6" w:rsidRDefault="00A856A6">
      <w:pPr>
        <w:spacing w:after="20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br w:type="page"/>
      </w:r>
    </w:p>
    <w:p w14:paraId="74188695" w14:textId="430B234E" w:rsidR="00A856A6" w:rsidRPr="002C2456" w:rsidRDefault="00A856A6" w:rsidP="00A856A6">
      <w:pPr>
        <w:pStyle w:val="Cmsor1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8</w:t>
      </w:r>
      <w:r w:rsidRPr="002C2456">
        <w:rPr>
          <w:rFonts w:ascii="Cambria" w:hAnsi="Cambria"/>
          <w:sz w:val="24"/>
          <w:szCs w:val="24"/>
        </w:rPr>
        <w:t xml:space="preserve">. számú </w:t>
      </w:r>
      <w:r>
        <w:rPr>
          <w:rFonts w:ascii="Cambria" w:hAnsi="Cambria"/>
          <w:sz w:val="24"/>
          <w:szCs w:val="24"/>
        </w:rPr>
        <w:t>melléklet</w:t>
      </w:r>
    </w:p>
    <w:p w14:paraId="71D865B9" w14:textId="0B0E30DB" w:rsidR="00A856A6" w:rsidRPr="002C2456" w:rsidRDefault="00A856A6" w:rsidP="00A856A6">
      <w:pPr>
        <w:pStyle w:val="Cmsor2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Ajánlattevő aláírási címpéldánya, vagy aláírás-mintája, mely alapján az ajánlattevő képviseletére vonatkozó jogosultság </w:t>
      </w:r>
      <w:r w:rsidR="00723DDF">
        <w:rPr>
          <w:rFonts w:ascii="Cambria" w:hAnsi="Cambria"/>
          <w:sz w:val="24"/>
          <w:szCs w:val="24"/>
        </w:rPr>
        <w:t>ellenőrizhető</w:t>
      </w:r>
    </w:p>
    <w:p w14:paraId="2ECC7105" w14:textId="77777777" w:rsidR="00A856A6" w:rsidRDefault="00A856A6">
      <w:pPr>
        <w:rPr>
          <w:rFonts w:ascii="Cambria" w:hAnsi="Cambria"/>
          <w:sz w:val="24"/>
          <w:szCs w:val="24"/>
        </w:rPr>
      </w:pPr>
    </w:p>
    <w:p w14:paraId="4F4DFB7A" w14:textId="77777777" w:rsidR="00A856A6" w:rsidRDefault="00A856A6">
      <w:pPr>
        <w:rPr>
          <w:rFonts w:ascii="Cambria" w:hAnsi="Cambria"/>
          <w:sz w:val="24"/>
          <w:szCs w:val="24"/>
        </w:rPr>
      </w:pPr>
    </w:p>
    <w:p w14:paraId="475A774B" w14:textId="78F9FFBA" w:rsidR="004B37CC" w:rsidRPr="002C2456" w:rsidRDefault="00826717">
      <w:pPr>
        <w:rPr>
          <w:rFonts w:ascii="Cambria" w:hAnsi="Cambria"/>
          <w:sz w:val="24"/>
          <w:szCs w:val="24"/>
        </w:rPr>
      </w:pPr>
      <w:r w:rsidRPr="002C2456">
        <w:rPr>
          <w:rFonts w:ascii="Cambria" w:hAnsi="Cambria"/>
          <w:sz w:val="24"/>
          <w:szCs w:val="24"/>
        </w:rPr>
        <w:br w:type="page"/>
      </w:r>
    </w:p>
    <w:sectPr w:rsidR="004B37CC" w:rsidRPr="002C2456" w:rsidSect="00034616">
      <w:footerReference w:type="default" r:id="rId11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FBD83" w14:textId="77777777" w:rsidR="0087195E" w:rsidRPr="002C2456" w:rsidRDefault="0087195E">
      <w:pPr>
        <w:spacing w:after="0" w:line="240" w:lineRule="auto"/>
      </w:pPr>
      <w:r w:rsidRPr="002C2456">
        <w:separator/>
      </w:r>
    </w:p>
  </w:endnote>
  <w:endnote w:type="continuationSeparator" w:id="0">
    <w:p w14:paraId="5543B9A1" w14:textId="77777777" w:rsidR="0087195E" w:rsidRPr="002C2456" w:rsidRDefault="0087195E">
      <w:pPr>
        <w:spacing w:after="0" w:line="240" w:lineRule="auto"/>
      </w:pPr>
      <w:r w:rsidRPr="002C24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145D3" w14:textId="20FBC93D" w:rsidR="004B37CC" w:rsidRPr="002C2456" w:rsidRDefault="004B37CC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6A7C" w14:textId="77777777" w:rsidR="0087195E" w:rsidRPr="002C2456" w:rsidRDefault="0087195E">
      <w:pPr>
        <w:spacing w:after="0" w:line="240" w:lineRule="auto"/>
      </w:pPr>
      <w:r w:rsidRPr="002C2456">
        <w:separator/>
      </w:r>
    </w:p>
  </w:footnote>
  <w:footnote w:type="continuationSeparator" w:id="0">
    <w:p w14:paraId="6752A2A5" w14:textId="77777777" w:rsidR="0087195E" w:rsidRPr="002C2456" w:rsidRDefault="0087195E">
      <w:pPr>
        <w:spacing w:after="0" w:line="240" w:lineRule="auto"/>
      </w:pPr>
      <w:r w:rsidRPr="002C2456">
        <w:continuationSeparator/>
      </w:r>
    </w:p>
  </w:footnote>
  <w:footnote w:id="1">
    <w:p w14:paraId="6BBE0BE5" w14:textId="1ABB6831" w:rsidR="00C21DE5" w:rsidRPr="00F41EDA" w:rsidRDefault="00C21DE5">
      <w:pPr>
        <w:pStyle w:val="Lbjegyzetszveg"/>
        <w:rPr>
          <w:rFonts w:ascii="Cambria" w:hAnsi="Cambria"/>
        </w:rPr>
      </w:pPr>
      <w:r w:rsidRPr="00F41EDA">
        <w:rPr>
          <w:rStyle w:val="Lbjegyzet-hivatkozs"/>
          <w:rFonts w:ascii="Cambria" w:hAnsi="Cambria"/>
        </w:rPr>
        <w:footnoteRef/>
      </w:r>
      <w:r w:rsidRPr="00F41EDA">
        <w:rPr>
          <w:rFonts w:ascii="Cambria" w:hAnsi="Cambria"/>
        </w:rPr>
        <w:t xml:space="preserve"> Szakemberenként külön kitöltendő; a szakember saját kezűleg írja alá</w:t>
      </w:r>
    </w:p>
  </w:footnote>
  <w:footnote w:id="2">
    <w:p w14:paraId="6729FA4D" w14:textId="5D32009A" w:rsidR="00023B7C" w:rsidRPr="00F41EDA" w:rsidRDefault="00023B7C">
      <w:pPr>
        <w:pStyle w:val="Lbjegyzetszveg"/>
        <w:rPr>
          <w:rFonts w:ascii="Cambria" w:hAnsi="Cambria"/>
        </w:rPr>
      </w:pPr>
      <w:r w:rsidRPr="00F41EDA">
        <w:rPr>
          <w:rStyle w:val="Lbjegyzet-hivatkozs"/>
          <w:rFonts w:ascii="Cambria" w:hAnsi="Cambria"/>
        </w:rPr>
        <w:footnoteRef/>
      </w:r>
      <w:r w:rsidRPr="00F41EDA">
        <w:rPr>
          <w:rFonts w:ascii="Cambria" w:hAnsi="Cambria"/>
        </w:rPr>
        <w:t xml:space="preserve"> [M/1.1 és/vagy M/1.2 és/vagy M/1.3]</w:t>
      </w:r>
    </w:p>
  </w:footnote>
  <w:footnote w:id="3">
    <w:p w14:paraId="443D8B99" w14:textId="63F30FE0" w:rsidR="00F41EDA" w:rsidRPr="00F41EDA" w:rsidRDefault="00F41EDA" w:rsidP="00F41EDA">
      <w:pPr>
        <w:rPr>
          <w:rFonts w:ascii="Cambria" w:hAnsi="Cambria"/>
          <w:szCs w:val="20"/>
        </w:rPr>
      </w:pPr>
      <w:r w:rsidRPr="00F41EDA">
        <w:rPr>
          <w:rStyle w:val="Lbjegyzet-hivatkozs"/>
          <w:rFonts w:ascii="Cambria" w:hAnsi="Cambria"/>
          <w:szCs w:val="20"/>
        </w:rPr>
        <w:footnoteRef/>
      </w:r>
      <w:r w:rsidRPr="00F41EDA">
        <w:rPr>
          <w:rFonts w:ascii="Cambria" w:hAnsi="Cambria"/>
          <w:szCs w:val="20"/>
        </w:rPr>
        <w:t xml:space="preserve"> Csatolandó: szükség szerint végzettséget igazoló dokumentum egyszerű másolata, érvényes kamarai jogosultság esetén a felhívásban jelzett igazolási könnyítés alkalmazható</w:t>
      </w:r>
    </w:p>
    <w:p w14:paraId="40F9D2C7" w14:textId="08214CF2" w:rsidR="00F41EDA" w:rsidRDefault="00F41EDA">
      <w:pPr>
        <w:pStyle w:val="Lbjegyzetszveg"/>
      </w:pPr>
    </w:p>
  </w:footnote>
  <w:footnote w:id="4">
    <w:p w14:paraId="15F308CB" w14:textId="3D5323DF" w:rsidR="00A856A6" w:rsidRPr="00A856A6" w:rsidRDefault="00A856A6">
      <w:pPr>
        <w:pStyle w:val="Lbjegyzetszveg"/>
        <w:rPr>
          <w:rFonts w:ascii="Cambria" w:hAnsi="Cambria"/>
        </w:rPr>
      </w:pPr>
      <w:r w:rsidRPr="00A856A6">
        <w:rPr>
          <w:rStyle w:val="Lbjegyzet-hivatkozs"/>
          <w:rFonts w:ascii="Cambria" w:hAnsi="Cambria"/>
        </w:rPr>
        <w:footnoteRef/>
      </w:r>
      <w:r w:rsidRPr="00A856A6">
        <w:rPr>
          <w:rFonts w:ascii="Cambria" w:hAnsi="Cambria"/>
        </w:rPr>
        <w:t xml:space="preserve"> Egyértelműen jelölendő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3273959">
    <w:abstractNumId w:val="8"/>
  </w:num>
  <w:num w:numId="2" w16cid:durableId="64646927">
    <w:abstractNumId w:val="6"/>
  </w:num>
  <w:num w:numId="3" w16cid:durableId="1998417627">
    <w:abstractNumId w:val="5"/>
  </w:num>
  <w:num w:numId="4" w16cid:durableId="1555047457">
    <w:abstractNumId w:val="4"/>
  </w:num>
  <w:num w:numId="5" w16cid:durableId="1049888054">
    <w:abstractNumId w:val="7"/>
  </w:num>
  <w:num w:numId="6" w16cid:durableId="1729498885">
    <w:abstractNumId w:val="3"/>
  </w:num>
  <w:num w:numId="7" w16cid:durableId="1892379531">
    <w:abstractNumId w:val="2"/>
  </w:num>
  <w:num w:numId="8" w16cid:durableId="72826335">
    <w:abstractNumId w:val="1"/>
  </w:num>
  <w:num w:numId="9" w16cid:durableId="64535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B7C"/>
    <w:rsid w:val="00034616"/>
    <w:rsid w:val="0004040B"/>
    <w:rsid w:val="0006063C"/>
    <w:rsid w:val="000A419D"/>
    <w:rsid w:val="000F21A7"/>
    <w:rsid w:val="0015074B"/>
    <w:rsid w:val="00216EF5"/>
    <w:rsid w:val="0029639D"/>
    <w:rsid w:val="002C2456"/>
    <w:rsid w:val="00326F90"/>
    <w:rsid w:val="003407F8"/>
    <w:rsid w:val="003F2310"/>
    <w:rsid w:val="00442BD8"/>
    <w:rsid w:val="00490DDE"/>
    <w:rsid w:val="00490E8F"/>
    <w:rsid w:val="004B37CC"/>
    <w:rsid w:val="004C734A"/>
    <w:rsid w:val="00586FD6"/>
    <w:rsid w:val="005E37C7"/>
    <w:rsid w:val="006844DB"/>
    <w:rsid w:val="006E1F08"/>
    <w:rsid w:val="006F75DD"/>
    <w:rsid w:val="00723DDF"/>
    <w:rsid w:val="00741E52"/>
    <w:rsid w:val="00826717"/>
    <w:rsid w:val="0087195E"/>
    <w:rsid w:val="008E3A59"/>
    <w:rsid w:val="00901EC1"/>
    <w:rsid w:val="009431EB"/>
    <w:rsid w:val="009E1407"/>
    <w:rsid w:val="00A856A6"/>
    <w:rsid w:val="00AA1D8D"/>
    <w:rsid w:val="00B47730"/>
    <w:rsid w:val="00BC0398"/>
    <w:rsid w:val="00C20489"/>
    <w:rsid w:val="00C21DE5"/>
    <w:rsid w:val="00CB0664"/>
    <w:rsid w:val="00D01C47"/>
    <w:rsid w:val="00EF2646"/>
    <w:rsid w:val="00F41EDA"/>
    <w:rsid w:val="00FC5690"/>
    <w:rsid w:val="00FC693F"/>
    <w:rsid w:val="00FD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332C227-0E46-4206-A544-A621E041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56A6"/>
    <w:pPr>
      <w:spacing w:after="120"/>
    </w:pPr>
    <w:rPr>
      <w:rFonts w:ascii="Aptos" w:hAnsi="Aptos"/>
      <w:sz w:val="20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955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21DE5"/>
    <w:pPr>
      <w:spacing w:after="0" w:line="240" w:lineRule="auto"/>
    </w:pPr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21DE5"/>
    <w:rPr>
      <w:rFonts w:ascii="Aptos" w:hAnsi="Aptos"/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21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56b5c6-9064-4360-a7c8-68fb9d97a840">
      <Terms xmlns="http://schemas.microsoft.com/office/infopath/2007/PartnerControls"/>
    </lcf76f155ced4ddcb4097134ff3c332f>
    <TaxCatchAll xmlns="327859f1-e650-4299-8a56-adda90e92a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C991996577BCF418780B0607EF63110" ma:contentTypeVersion="17" ma:contentTypeDescription="Új dokumentum létrehozása." ma:contentTypeScope="" ma:versionID="82242e72f22b0e4eb37931d08e89cd16">
  <xsd:schema xmlns:xsd="http://www.w3.org/2001/XMLSchema" xmlns:xs="http://www.w3.org/2001/XMLSchema" xmlns:p="http://schemas.microsoft.com/office/2006/metadata/properties" xmlns:ns2="b856b5c6-9064-4360-a7c8-68fb9d97a840" xmlns:ns3="327859f1-e650-4299-8a56-adda90e92aa5" targetNamespace="http://schemas.microsoft.com/office/2006/metadata/properties" ma:root="true" ma:fieldsID="3e240f22a565e640666ffd0300a64156" ns2:_="" ns3:_="">
    <xsd:import namespace="b856b5c6-9064-4360-a7c8-68fb9d97a840"/>
    <xsd:import namespace="327859f1-e650-4299-8a56-adda90e92a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6b5c6-9064-4360-a7c8-68fb9d97a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f26eca20-3368-4e72-8c0e-c503f0cfd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859f1-e650-4299-8a56-adda90e92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85ea6d1-06f8-469a-b83e-e2eb4c4e7cd4}" ma:internalName="TaxCatchAll" ma:showField="CatchAllData" ma:web="327859f1-e650-4299-8a56-adda90e92a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6AFAA-6838-4418-969C-4BA35CE0BD79}">
  <ds:schemaRefs>
    <ds:schemaRef ds:uri="http://schemas.microsoft.com/office/2006/metadata/properties"/>
    <ds:schemaRef ds:uri="http://schemas.microsoft.com/office/infopath/2007/PartnerControls"/>
    <ds:schemaRef ds:uri="b856b5c6-9064-4360-a7c8-68fb9d97a840"/>
    <ds:schemaRef ds:uri="327859f1-e650-4299-8a56-adda90e92aa5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BFCAE6-6A76-440E-893B-EECD4384C1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D1E6C5-2B76-485B-930D-D6C0F1847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6b5c6-9064-4360-a7c8-68fb9d97a840"/>
    <ds:schemaRef ds:uri="327859f1-e650-4299-8a56-adda90e92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1423</Words>
  <Characters>9820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Gergő Jeney</cp:lastModifiedBy>
  <cp:revision>2</cp:revision>
  <dcterms:created xsi:type="dcterms:W3CDTF">2026-10-19T06:21:00Z</dcterms:created>
  <dcterms:modified xsi:type="dcterms:W3CDTF">2026-10-19T06:21:00Z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0x0101009C991996577BCF418780B0607EF63110</vt:lpwstr>
  </property>
  <property fmtid="{D5CDD505-2E9C-101B-9397-08002B2CF9AE}" pid="3" name="MediaServiceImageTags">
    <vt:lpwstr/>
  </property>
</Properties>
</file>